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Outfit" w:hAnsi="Outfit" w:cs="Outfit" w:eastAsia="Outfit"/>
          <w:b/>
          <w:color w:val="4B5057"/>
          <w:sz w:val="19"/>
        </w:rPr>
        <w:t>CHECK WHAT AI WRITES / FEEDBACK</w:t>
      </w:r>
    </w:p>
    <w:p>
      <w:pPr>
        <w:spacing w:before="0" w:after="200"/>
      </w:pPr>
      <w:r>
        <w:rPr>
          <w:rFonts w:ascii="Outfit" w:hAnsi="Outfit" w:cs="Outfit" w:eastAsia="Outfit"/>
          <w:b/>
          <w:color w:val="0A0B0C"/>
          <w:sz w:val="52"/>
        </w:rPr>
        <w:t>One question</w:t>
      </w:r>
    </w:p>
    <w:p>
      <w:pPr>
        <w:spacing w:before="0" w:after="120"/>
      </w:pPr>
      <w:r>
        <w:rPr>
          <w:rFonts w:ascii="Outfit" w:hAnsi="Outfit" w:cs="Outfit" w:eastAsia="Outfit"/>
          <w:b/>
          <w:color w:val="0A0B0C"/>
          <w:sz w:val="32"/>
        </w:rPr>
        <w:t>What is one thing you will check differently after this session?</w:t>
      </w:r>
    </w:p>
    <w:p>
      <w:pPr>
        <w:spacing w:before="0" w:after="360"/>
      </w:pPr>
      <w:r>
        <w:rPr>
          <w:rFonts w:ascii="Outfit" w:hAnsi="Outfit" w:cs="Outfit" w:eastAsia="Outfit"/>
          <w:b w:val="0"/>
          <w:color w:val="4B5057"/>
          <w:sz w:val="22"/>
        </w:rPr>
        <w:t>One or two lines is plenty. No need to give your name.</w:t>
      </w: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spacing w:before="440" w:after="80"/>
      </w:pPr>
      <w:r>
        <w:rPr>
          <w:rFonts w:ascii="Outfit" w:hAnsi="Outfit" w:cs="Outfit" w:eastAsia="Outfit"/>
          <w:b w:val="0"/>
          <w:color w:val="0A0B0C"/>
          <w:sz w:val="22"/>
        </w:rPr>
        <w:t>Thank you. Please hand this to [facilitator's name].</w:t>
      </w:r>
    </w:p>
    <w:p>
      <w:pPr>
        <w:spacing w:before="520" w:after="0"/>
      </w:pPr>
      <w:r>
        <w:rPr>
          <w:rFonts w:ascii="Outfit" w:hAnsi="Outfit" w:cs="Outfit" w:eastAsia="Outfit"/>
          <w:b w:val="0"/>
          <w:color w:val="4B5057"/>
          <w:sz w:val="18"/>
        </w:rPr>
        <w:t>Check what AI writes / Workshop in a box / free from Neosaipien, October 2026 edition. Change it and hand it to your own people under the free licence (LICENCE.txt).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eastAsia="Outfi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what AI writes: one question</dc:title>
  <dc:subject>Feedback form for Workshop in a Box: Check What AI Writes</dc:subject>
  <dc:creator>Neosaipien</dc:creator>
  <cp:keywords/>
  <dc:description>October 2026 edition. Free from Neosaipien under the free licence (LICENCE.txt).</dc:description>
  <cp:lastModifiedBy>Neosaipien</cp:lastModifiedBy>
  <cp:revision>1</cp:revision>
  <dcterms:created xsi:type="dcterms:W3CDTF">2026-10-16T12:00:00Z</dcterms:created>
  <dcterms:modified xsi:type="dcterms:W3CDTF">2026-10-16T12:00:00Z</dcterms:modified>
  <cp:category/>
</cp:coreProperties>
</file>