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Outfit" w:hAnsi="Outfit" w:cs="Outfit" w:eastAsia="Outfit"/>
          <w:b/>
          <w:color w:val="4B5057"/>
          <w:sz w:val="19"/>
        </w:rPr>
        <w:t>WORKSHOP IN A BOX / BRIEF AN AGENT / FEEDBACK</w:t>
      </w:r>
    </w:p>
    <w:p>
      <w:pPr>
        <w:spacing w:before="0" w:after="200" w:lineRule="exact" w:line="600"/>
      </w:pPr>
      <w:r>
        <w:rPr>
          <w:rFonts w:ascii="Outfit" w:hAnsi="Outfit" w:cs="Outfit" w:eastAsia="Outfit"/>
          <w:b/>
          <w:color w:val="0A0B0C"/>
          <w:sz w:val="52"/>
        </w:rPr>
        <w:t>One question</w:t>
      </w:r>
    </w:p>
    <w:p>
      <w:pPr>
        <w:spacing w:before="0" w:after="120" w:lineRule="exact" w:line="440"/>
      </w:pPr>
      <w:r>
        <w:rPr>
          <w:rFonts w:ascii="Outfit" w:hAnsi="Outfit" w:cs="Outfit" w:eastAsia="Outfit"/>
          <w:b/>
          <w:color w:val="1F5FE0"/>
          <w:sz w:val="34"/>
        </w:rPr>
        <w:t>What will you do differently the next time you hand work to an AI agent?</w:t>
      </w:r>
    </w:p>
    <w:p>
      <w:pPr>
        <w:spacing w:before="0" w:after="160"/>
      </w:pPr>
      <w:r>
        <w:rPr>
          <w:rFonts w:ascii="Outfit" w:hAnsi="Outfit" w:cs="Outfit" w:eastAsia="Outfit"/>
          <w:b w:val="0"/>
          <w:color w:val="4B5057"/>
          <w:sz w:val="22"/>
        </w:rPr>
        <w:t>A sentence or two is plenty. Leave it as you go, or reply to the follow-up email.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spacing w:before="320" w:after="0"/>
      </w:pPr>
      <w:r>
        <w:rPr>
          <w:rFonts w:ascii="Outfit" w:hAnsi="Outfit" w:cs="Outfit" w:eastAsia="Outfit"/>
          <w:b/>
          <w:color w:val="4B5057"/>
          <w:sz w:val="19"/>
        </w:rPr>
        <w:t>Date</w:t>
      </w:r>
    </w:p>
    <w:p>
      <w:pPr>
        <w:pBdr>
          <w:bottom w:val="single" w:sz="6" w:space="1" w:color="0A0B0C"/>
        </w:pBdr>
        <w:spacing w:before="0" w:after="0" w:lineRule="exact" w:line="44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2161A270-4566-4C98-975C-BAFB831CAC2B}"/>
    <w:embedBold r:id="rIdOutfitB" w:fontKey="{02C6BFF1-A480-443F-8F87-8CA704B9A1F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Outfit" w:hAnsi="Outfit" w:cs="Outfit" w:eastAsia="Outfit"/>
        <w:b w:val="0"/>
        <w:color w:val="4B5057"/>
        <w:sz w:val="17"/>
      </w:rPr>
      <w:t>Workshop in a Box: Brief an Agent / Neosaipien / October 2026 edition. Free licence (LICENCE.txt): change it and hand it to your own people.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Outfit" w:hAnsi="Outfit" w:cs="Outfit" w:eastAsia="Outfit"/>
      <w:color w:val="0A0B0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an Agent: feedback</dc:title>
  <dc:subject/>
  <dc:creator>Neosaipien</dc:creator>
  <cp:keywords/>
  <dc:description>One-question feedback form</dc:description>
  <cp:lastModifiedBy>Neosaipien</cp:lastModifiedBy>
  <cp:revision>1</cp:revision>
  <dcterms:created xsi:type="dcterms:W3CDTF">2026-10-16T12:00:00Z</dcterms:created>
  <dcterms:modified xsi:type="dcterms:W3CDTF">2026-10-16T12:00:00Z</dcterms:modified>
  <cp:category/>
</cp:coreProperties>
</file>