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tLabel"/>
      </w:pPr>
      <w:r>
        <w:t>AI TRAINING RECORD</w:t>
      </w:r>
    </w:p>
    <w:p>
      <w:pPr>
        <w:pStyle w:val="Title"/>
      </w:pPr>
      <w:r>
        <w:t>Record of AI training and support</w:t>
      </w:r>
    </w:p>
    <w:p>
      <w:r>
        <w:t>One line for each session, course, briefing or guide you give. It records the measures you take to build AI skills; it is not a test score.</w:t>
      </w:r>
    </w:p>
    <w:tbl>
      <w:tblPr>
        <w:tblW w:w="10539" w:type="dxa"/>
        <w:tblBorders>
          <w:top w:val="nil"/>
          <w:left w:val="nil"/>
          <w:bottom w:val="nil"/>
          <w:right w:val="nil"/>
          <w:insideH w:val="nil"/>
          <w:insideV w:val="nil"/>
        </w:tblBorders>
        <w:tblLayout w:type="fixed"/>
        <w:tblCellMar>
          <w:top w:w="0" w:type="dxa"/>
          <w:left w:w="0" w:type="dxa"/>
          <w:bottom w:w="40" w:type="dxa"/>
          <w:right w:w="200" w:type="dxa"/>
        </w:tblCellMar>
        <w:tblLook w:firstColumn="1" w:firstRow="1" w:lastColumn="0" w:lastRow="0" w:noHBand="0" w:noVBand="1" w:val="04A0"/>
      </w:tblPr>
      <w:tblGrid>
        <w:gridCol w:w="3513"/>
        <w:gridCol w:w="3513"/>
        <w:gridCol w:w="3513"/>
      </w:tblGrid>
      <w:tr>
        <w:trPr>
          <w:cantSplit/>
        </w:trPr>
        <w:tc>
          <w:tcPr>
            <w:tcW w:type="dxa" w:w="3513"/>
          </w:tcPr>
          <w:p>
            <w:pPr>
              <w:pStyle w:val="KitLabel"/>
            </w:pPr>
            <w:r>
              <w:t>ORGANISATION</w:t>
            </w:r>
          </w:p>
          <w:p>
            <w:pPr>
              <w:pStyle w:val="KitField"/>
              <w:pBdr>
                <w:bottom w:val="single" w:sz="8" w:space="1" w:color="0A0B0C"/>
              </w:pBdr>
            </w:pPr>
            <w:sdt>
              <w:sdtPr>
                <w:rPr>
                  <w:rFonts w:ascii="Outfit" w:hAnsi="Outfit" w:cs="Outfit" w:eastAsia="Outfit"/>
                  <w:shd w:val="clear" w:color="auto" w:fill="FFC21A"/>
                </w:rPr>
                <w:alias w:val="Organisation"/>
                <w:tag w:val="organisation"/>
                <w:id w:val="1410271587"/>
                <w:text/>
              </w:sdtPr>
              <w:sdtContent>
                <w:r>
                  <w:rPr>
                    <w:rFonts w:ascii="Outfit" w:hAnsi="Outfit" w:cs="Outfit" w:eastAsia="Outfit"/>
                    <w:shd w:val="clear" w:color="auto" w:fill="FFC21A"/>
                  </w:rPr>
                  <w:t xml:space="preserve">[Organisation name]</w:t>
                </w:r>
              </w:sdtContent>
            </w:sdt>
          </w:p>
        </w:tc>
        <w:tc>
          <w:tcPr>
            <w:tcW w:type="dxa" w:w="3513"/>
          </w:tcPr>
          <w:p>
            <w:pPr>
              <w:pStyle w:val="KitLabel"/>
            </w:pPr>
            <w:r>
              <w:t>KEPT BY</w:t>
            </w:r>
          </w:p>
          <w:p>
            <w:pPr>
              <w:pStyle w:val="KitField"/>
              <w:pBdr>
                <w:bottom w:val="single" w:sz="8" w:space="1" w:color="0A0B0C"/>
              </w:pBdr>
            </w:pPr>
            <w:sdt>
              <w:sdtPr>
                <w:rPr>
                  <w:rFonts w:ascii="Outfit" w:hAnsi="Outfit" w:cs="Outfit" w:eastAsia="Outfit"/>
                  <w:shd w:val="clear" w:color="auto" w:fill="FFC21A"/>
                </w:rPr>
                <w:alias w:val="Kept by"/>
                <w:tag w:val="kept-by"/>
                <w:id w:val="1643451858"/>
                <w:text/>
              </w:sdtPr>
              <w:sdtContent>
                <w:r>
                  <w:rPr>
                    <w:rFonts w:ascii="Outfit" w:hAnsi="Outfit" w:cs="Outfit" w:eastAsia="Outfit"/>
                    <w:shd w:val="clear" w:color="auto" w:fill="FFC21A"/>
                  </w:rPr>
                  <w:t xml:space="preserve">[Name, role]</w:t>
                </w:r>
              </w:sdtContent>
            </w:sdt>
          </w:p>
        </w:tc>
        <w:tc>
          <w:tcPr>
            <w:tcW w:type="dxa" w:w="3513"/>
          </w:tcPr>
          <w:p>
            <w:pPr>
              <w:pStyle w:val="KitLabel"/>
            </w:pPr>
            <w:r>
              <w:t>PERIOD</w:t>
            </w:r>
          </w:p>
          <w:p>
            <w:pPr>
              <w:pStyle w:val="KitField"/>
              <w:pBdr>
                <w:bottom w:val="single" w:sz="8" w:space="1" w:color="0A0B0C"/>
              </w:pBdr>
            </w:pPr>
            <w:sdt>
              <w:sdtPr>
                <w:rPr>
                  <w:rFonts w:ascii="Outfit" w:hAnsi="Outfit" w:cs="Outfit" w:eastAsia="Outfit"/>
                  <w:shd w:val="clear" w:color="auto" w:fill="FFC21A"/>
                </w:rPr>
                <w:alias w:val="Period"/>
                <w:tag w:val="period"/>
                <w:id w:val="1858573698"/>
                <w:text/>
              </w:sdtPr>
              <w:sdtContent>
                <w:r>
                  <w:rPr>
                    <w:rFonts w:ascii="Outfit" w:hAnsi="Outfit" w:cs="Outfit" w:eastAsia="Outfit"/>
                    <w:shd w:val="clear" w:color="auto" w:fill="FFC21A"/>
                  </w:rPr>
                  <w:t xml:space="preserve">[From and to]</w:t>
                </w:r>
              </w:sdtContent>
            </w:sdt>
          </w:p>
        </w:tc>
      </w:tr>
    </w:tbl>
    <w:p>
      <w:pPr>
        <w:spacing w:after="0" w:line="200" w:lineRule="exact"/>
      </w:pPr>
      <w:r>
        <w:rPr>
          <w:sz w:val="4"/>
        </w:rPr>
      </w:r>
    </w:p>
    <w:tbl>
      <w:tblPr>
        <w:tblW w:w="10539"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264"/>
        <w:gridCol w:w="2213"/>
        <w:gridCol w:w="2634"/>
        <w:gridCol w:w="1897"/>
        <w:gridCol w:w="948"/>
        <w:gridCol w:w="1583"/>
      </w:tblGrid>
      <w:tr>
        <w:trPr>
          <w:cantSplit/>
          <w:tblHeader/>
        </w:trPr>
        <w:tc>
          <w:tcPr>
            <w:tcW w:type="dxa" w:w="1264"/>
            <w:tcBorders>
              <w:top w:val="nil"/>
              <w:left w:val="nil"/>
              <w:bottom w:val="nil"/>
              <w:right w:val="nil"/>
            </w:tcBorders>
            <w:shd w:val="clear" w:color="auto" w:fill="1F5FE0"/>
          </w:tcPr>
          <w:p>
            <w:pPr>
              <w:pStyle w:val="KitTableHead"/>
            </w:pPr>
            <w:r>
              <w:rPr>
                <w:b/>
                <w:color w:val="FFFFFF"/>
                <w:sz w:val="18"/>
              </w:rPr>
              <w:t>Date</w:t>
            </w:r>
          </w:p>
        </w:tc>
        <w:tc>
          <w:tcPr>
            <w:tcW w:type="dxa" w:w="2213"/>
            <w:tcBorders>
              <w:top w:val="nil"/>
              <w:left w:val="nil"/>
              <w:bottom w:val="nil"/>
              <w:right w:val="nil"/>
            </w:tcBorders>
            <w:shd w:val="clear" w:color="auto" w:fill="1F5FE0"/>
          </w:tcPr>
          <w:p>
            <w:pPr>
              <w:pStyle w:val="KitTableHead"/>
            </w:pPr>
            <w:r>
              <w:rPr>
                <w:b/>
                <w:color w:val="FFFFFF"/>
                <w:sz w:val="18"/>
              </w:rPr>
              <w:t>Who took part</w:t>
            </w:r>
          </w:p>
        </w:tc>
        <w:tc>
          <w:tcPr>
            <w:tcW w:type="dxa" w:w="2634"/>
            <w:tcBorders>
              <w:top w:val="nil"/>
              <w:left w:val="nil"/>
              <w:bottom w:val="nil"/>
              <w:right w:val="nil"/>
            </w:tcBorders>
            <w:shd w:val="clear" w:color="auto" w:fill="1F5FE0"/>
          </w:tcPr>
          <w:p>
            <w:pPr>
              <w:pStyle w:val="KitTableHead"/>
            </w:pPr>
            <w:r>
              <w:rPr>
                <w:b/>
                <w:color w:val="FFFFFF"/>
                <w:sz w:val="18"/>
              </w:rPr>
              <w:t>What it covered</w:t>
            </w:r>
          </w:p>
        </w:tc>
        <w:tc>
          <w:tcPr>
            <w:tcW w:type="dxa" w:w="1897"/>
            <w:tcBorders>
              <w:top w:val="nil"/>
              <w:left w:val="nil"/>
              <w:bottom w:val="nil"/>
              <w:right w:val="nil"/>
            </w:tcBorders>
            <w:shd w:val="clear" w:color="auto" w:fill="1F5FE0"/>
          </w:tcPr>
          <w:p>
            <w:pPr>
              <w:pStyle w:val="KitTableHead"/>
            </w:pPr>
            <w:r>
              <w:rPr>
                <w:b/>
                <w:color w:val="FFFFFF"/>
                <w:sz w:val="18"/>
              </w:rPr>
              <w:t>Materials</w:t>
            </w:r>
          </w:p>
        </w:tc>
        <w:tc>
          <w:tcPr>
            <w:tcW w:type="dxa" w:w="948"/>
            <w:tcBorders>
              <w:top w:val="nil"/>
              <w:left w:val="nil"/>
              <w:bottom w:val="nil"/>
              <w:right w:val="nil"/>
            </w:tcBorders>
            <w:shd w:val="clear" w:color="auto" w:fill="1F5FE0"/>
          </w:tcPr>
          <w:p>
            <w:pPr>
              <w:pStyle w:val="KitTableHead"/>
            </w:pPr>
            <w:r>
              <w:rPr>
                <w:b/>
                <w:color w:val="FFFFFF"/>
                <w:sz w:val="18"/>
              </w:rPr>
              <w:t>Length</w:t>
            </w:r>
          </w:p>
        </w:tc>
        <w:tc>
          <w:tcPr>
            <w:tcW w:type="dxa" w:w="1583"/>
            <w:tcBorders>
              <w:top w:val="nil"/>
              <w:left w:val="nil"/>
              <w:bottom w:val="nil"/>
              <w:right w:val="nil"/>
            </w:tcBorders>
            <w:shd w:val="clear" w:color="auto" w:fill="1F5FE0"/>
          </w:tcPr>
          <w:p>
            <w:pPr>
              <w:pStyle w:val="KitTableHead"/>
            </w:pPr>
            <w:r>
              <w:rPr>
                <w:b/>
                <w:color w:val="FFFFFF"/>
                <w:sz w:val="18"/>
              </w:rPr>
              <w:t>Led by</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r>
        <w:trPr>
          <w:cantSplit/>
          <w:trHeight w:val="600" w:hRule="atLeast"/>
        </w:trPr>
        <w:tc>
          <w:tcPr>
            <w:tcW w:type="dxa" w:w="126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213"/>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2634"/>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897"/>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948"/>
            <w:tcBorders>
              <w:top w:val="nil"/>
              <w:left w:val="single" w:sz="6" w:space="0" w:color="D3D6D9"/>
              <w:bottom w:val="single" w:sz="6" w:space="0" w:color="D3D6D9"/>
              <w:right w:val="single" w:sz="6" w:space="0" w:color="D3D6D9"/>
            </w:tcBorders>
          </w:tcPr>
          <w:p>
            <w:pPr>
              <w:pStyle w:val="KitTable"/>
            </w:pPr>
            <w:r>
              <w:rPr>
                <w:sz w:val="18"/>
              </w:rPr>
              <w:t xml:space="preserve"> </w:t>
            </w:r>
          </w:p>
        </w:tc>
        <w:tc>
          <w:tcPr>
            <w:tcW w:type="dxa" w:w="1583"/>
            <w:tcBorders>
              <w:top w:val="nil"/>
              <w:left w:val="single" w:sz="6" w:space="0" w:color="D3D6D9"/>
              <w:bottom w:val="single" w:sz="6" w:space="0" w:color="D3D6D9"/>
              <w:right w:val="single" w:sz="6" w:space="0" w:color="D3D6D9"/>
            </w:tcBorders>
          </w:tcPr>
          <w:p>
            <w:pPr>
              <w:pStyle w:val="KitTable"/>
            </w:pPr>
            <w:r>
              <w:rPr>
                <w:sz w:val="18"/>
              </w:rPr>
              <w:t xml:space="preserve"> </w:t>
            </w:r>
          </w:p>
        </w:tc>
      </w:tr>
    </w:tbl>
    <w:p>
      <w:pPr>
        <w:spacing w:after="0" w:line="140" w:lineRule="exact"/>
      </w:pPr>
      <w:r>
        <w:rPr>
          <w:sz w:val="4"/>
        </w:rPr>
      </w:r>
    </w:p>
    <w:p>
      <w:pPr>
        <w:pStyle w:val="KitNote"/>
      </w:pPr>
      <w:r>
        <w:t xml:space="preserve">For example: </w:t>
      </w:r>
      <w:r>
        <w:rPr>
          <w:shd w:val="clear" w:color="auto" w:fill="FFC21A"/>
        </w:rPr>
        <w:t>[date]</w:t>
      </w:r>
      <w:r>
        <w:t xml:space="preserve"> / </w:t>
      </w:r>
      <w:r>
        <w:rPr>
          <w:shd w:val="clear" w:color="auto" w:fill="FFC21A"/>
        </w:rPr>
        <w:t>[team or names]</w:t>
      </w:r>
      <w:r>
        <w:t xml:space="preserve"> / </w:t>
      </w:r>
      <w:r>
        <w:rPr>
          <w:shd w:val="clear" w:color="auto" w:fill="FFC21A"/>
        </w:rPr>
        <w:t>[this policy and the checking rule]</w:t>
      </w:r>
      <w:r>
        <w:t xml:space="preserve"> / </w:t>
      </w:r>
      <w:r>
        <w:rPr>
          <w:shd w:val="clear" w:color="auto" w:fill="FFC21A"/>
        </w:rPr>
        <w:t>[all-hands deck, staff guide]</w:t>
      </w:r>
      <w:r>
        <w:t xml:space="preserve"> / </w:t>
      </w:r>
      <w:r>
        <w:rPr>
          <w:shd w:val="clear" w:color="auto" w:fill="FFC21A"/>
        </w:rPr>
        <w:t>[60 min]</w:t>
      </w:r>
      <w:r>
        <w:t xml:space="preserve"> / </w:t>
      </w:r>
      <w:r>
        <w:rPr>
          <w:shd w:val="clear" w:color="auto" w:fill="FFC21A"/>
        </w:rPr>
        <w:t>[name]</w:t>
      </w:r>
      <w:r>
        <w:t>.</w:t>
      </w:r>
    </w:p>
    <w:p>
      <w:pPr>
        <w:pStyle w:val="KitLabel"/>
        <w:pageBreakBefore/>
      </w:pPr>
      <w:r>
        <w:t>AI TRAINING RECORD</w:t>
      </w:r>
    </w:p>
    <w:p>
      <w:pPr>
        <w:pStyle w:val="Title"/>
      </w:pPr>
      <w:r>
        <w:t>About this record</w:t>
      </w:r>
    </w:p>
    <w:p>
      <w:r>
        <w:rPr>
          <w:b/>
        </w:rPr>
        <w:t>What it is for.</w:t>
      </w:r>
      <w:r>
        <w:t xml:space="preserve"> A plain log of what your organisation does to build its people's AI skills: who took part, when, in what and with what materials. Keep it with the policy, and add a line each time.</w:t>
      </w:r>
    </w:p>
    <w:p>
      <w:pPr>
        <w:pStyle w:val="Heading2"/>
      </w:pPr>
      <w:r>
        <w:t>Article 4 of the EU AI Act, as amended</w:t>
      </w:r>
    </w:p>
    <w:p>
      <w:r>
        <w:t>Regulation (EU) 2026/1744 of 8 July 2026 replaced Article 4 of the EU AI Act (Regulation (EU) 2024/1689). The new Article 4(1) reads:</w:t>
      </w:r>
    </w:p>
    <w:p>
      <w:pPr>
        <w:pStyle w:val="KitQuote"/>
        <w:pBdr>
          <w:left w:val="single" w:sz="24" w:space="6" w:color="1F5FE0"/>
        </w:pBdr>
        <w:ind w:left="227"/>
      </w:pPr>
      <w:r>
        <w:t>"Providers and deployers of AI systems shall take measures to support the development of AI literacy of their staff and other persons dealing with the operation and use of AI systems on their behalf, taking into account their technical knowledge, experience, education and training and the context the AI systems are to be used in, and considering the persons or groups of persons on whom the AI systems are to be used. This obligation does not require providers or deployers to guarantee any specific level of AI literacy of any individual."</w:t>
      </w:r>
    </w:p>
    <w:p>
      <w:r>
        <w:t>Article 4(2) adds that the Commission and the Member States shall support these efforts, in particular for SMEs, and that "the Commission shall publish practical examples of how to comply with that obligation on the single information platform".</w:t>
      </w:r>
    </w:p>
    <w:p>
      <w:r>
        <w:rPr>
          <w:b/>
        </w:rPr>
        <w:t>Have the examples been published?</w:t>
      </w:r>
      <w:r>
        <w:t xml:space="preserve"> Not that we could find. On 16 Oct 2026 the Commission's AI Act Service Desk said that it "will" use its repository of AI literacy practices to publish examples of compliance on that platform, and that copying a practice from the repository "does not automatically grant presumption of compliance". Check ai-act-service-desk.ec.europa.eu before you rely on this.</w:t>
      </w:r>
    </w:p>
    <w:p>
      <w:r>
        <w:rPr>
          <w:b/>
        </w:rPr>
        <w:t>A record, not a certificate.</w:t>
      </w:r>
      <w:r>
        <w:t xml:space="preserve"> The Commission's AI literacy questions and answers (page updated 27 Jul 2026) say: "There is no need for a certificate. Organisations can keep an internal record of trainings and/or other guiding initiatives."</w:t>
      </w:r>
    </w:p>
    <w:p>
      <w:r>
        <w:rPr>
          <w:b/>
        </w:rPr>
        <w:t>Not legal advice.</w:t>
      </w:r>
      <w:r>
        <w:t xml:space="preserve"> Whether Article 4 applies to your organisation, and what is enough for you, is a question for your adviser. Sources: eur-lex.europa.eu/eli/reg/2026/1744/oj/eng (Article 1, point (5)); digital-strategy.ec.europa.eu/en/faqs/ai-literacy-questions-answers; ai-act-service-desk.ec.europa.eu/en/resources. All read on 16 Oct 2026.</w:t>
      </w:r>
    </w:p>
    <w:sectPr w:rsidR="00FC693F" w:rsidRPr="0006063C" w:rsidSect="00034616">
      <w:footerReference w:type="default" r:id="rId9"/>
      <w:pgSz w:w="12240" w:h="15840"/>
      <w:pgMar w:top="850" w:right="850" w:bottom="1020" w:left="85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FB38100B-06CD-45A6-854A-1A098C14CDC3}"/>
    <w:embedBold r:id="rIdOutfitB" w:fontKey="{779E3989-E2AC-40DA-B6A8-FE2FBB90A5C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10539" w:val="right"/>
      </w:tabs>
    </w:pPr>
    <w:r>
      <w:rPr>
        <w:sz w:val="15"/>
        <w:shd w:val="clear" w:color="auto" w:fill="FFC21A"/>
      </w:rPr>
      <w:t>[Organisation name]</w:t>
    </w:r>
    <w:r>
      <w:rPr>
        <w:sz w:val="15"/>
      </w:rPr>
      <w:t xml:space="preserve"> / AI training record</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From Neosaipien's free Team AI Policy Kit, October 2026 edition. Fill it in, change it and hand it to your own people under the free licence (LICENCE.txt).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AI training and support</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2026-10-16T22:27:17Z</dcterms:created>
  <dcterms:modified xsi:type="dcterms:W3CDTF">2026-10-16T22:27:17Z</dcterms:modified>
  <cp:category/>
</cp:coreProperties>
</file>