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Outfit" w:hAnsi="Outfit" w:cs="Outfit" w:eastAsia="Outfit"/>
          <w:b/>
          <w:bCs/>
          <w:color w:val="1F5FE0"/>
          <w:sz w:val="17"/>
          <w:szCs w:val="17"/>
        </w:rPr>
        <w:t>TEAM RULE</w:t>
      </w:r>
    </w:p>
    <w:p>
      <w:pPr>
        <w:spacing w:before="0" w:after="120" w:line="240" w:lineRule="auto"/>
      </w:pPr>
      <w:r>
        <w:rPr>
          <w:rFonts w:ascii="Outfit" w:hAnsi="Outfit" w:cs="Outfit" w:eastAsia="Outfit"/>
          <w:b/>
          <w:bCs/>
          <w:color w:val="0A0B0C"/>
          <w:sz w:val="52"/>
          <w:szCs w:val="52"/>
        </w:rPr>
        <w:t>Before you forward it</w:t>
      </w:r>
    </w:p>
    <w:p>
      <w:pPr>
        <w:spacing w:before="0" w:after="160" w:line="288" w:lineRule="auto"/>
      </w:pPr>
      <w:r>
        <w:rPr>
          <w:rFonts w:ascii="Outfit" w:hAnsi="Outfit" w:cs="Outfit" w:eastAsia="Outfit"/>
          <w:color w:val="0A0B0C"/>
          <w:sz w:val="23"/>
          <w:szCs w:val="23"/>
        </w:rPr>
        <w:t>Our rule for AI-made work: anything an AI wrote, summarised, calculated, changed or sent for us, before it goes to anyone else.</w:t>
      </w:r>
    </w:p>
    <w:p>
      <w:pPr>
        <w:pBdr>
          <w:left w:val="single" w:sz="24" w:space="8" w:color="1F5FE0"/>
        </w:pBdr>
        <w:spacing w:before="0" w:after="200" w:line="288" w:lineRule="auto"/>
      </w:pPr>
      <w:r>
        <w:rPr>
          <w:rFonts w:ascii="Outfit" w:hAnsi="Outfit" w:cs="Outfit" w:eastAsia="Outfit"/>
          <w:b/>
          <w:bCs/>
          <w:color w:val="0A0B0C"/>
          <w:sz w:val="22"/>
          <w:szCs w:val="22"/>
        </w:rPr>
        <w:t>Whoever briefed or asked runs the checks, and “The AI did it” is never the answer to “who checked this?”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1.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Whoever briefed or asked runs the checks. </w:t>
      </w:r>
      <w:r>
        <w:rPr>
          <w:rFonts w:ascii="Outfit" w:hAnsi="Outfit" w:cs="Outfit" w:eastAsia="Outfit"/>
          <w:color w:val="0A0B0C"/>
          <w:sz w:val="20"/>
          <w:szCs w:val="20"/>
        </w:rPr>
        <w:t>Before the work goes to anyone else. If you pass on work you didn’t brief, you check it first or send it back.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2.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“The AI did it” is never the answer to “who checked this?” </w:t>
      </w:r>
      <w:r>
        <w:rPr>
          <w:rFonts w:ascii="Outfit" w:hAnsi="Outfit" w:cs="Outfit" w:eastAsia="Outfit"/>
          <w:color w:val="0A0B0C"/>
          <w:sz w:val="20"/>
          <w:szCs w:val="20"/>
        </w:rPr>
        <w:t>A person’s name goes with every piece of AI-made work that leaves us.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3.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Sort it first. </w:t>
      </w:r>
      <w:r>
        <w:rPr>
          <w:rFonts w:ascii="Outfit" w:hAnsi="Outfit" w:cs="Outfit" w:eastAsia="Outfit"/>
          <w:color w:val="0A0B0C"/>
          <w:sz w:val="20"/>
          <w:szCs w:val="20"/>
        </w:rPr>
        <w:t>The more people see it and the harder it is to undo, the more we check. Work that leaves the team gets every claim traced.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4.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Check outside the chat. </w:t>
      </w:r>
      <w:r>
        <w:rPr>
          <w:rFonts w:ascii="Outfit" w:hAnsi="Outfit" w:cs="Outfit" w:eastAsia="Outfit"/>
          <w:color w:val="0A0B0C"/>
          <w:sz w:val="20"/>
          <w:szCs w:val="20"/>
        </w:rPr>
        <w:t>Open the source itself. Asking the AI “are you sure?” isn’t checking.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5.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Keep the words that make it true. 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“About”, “on average”, “in one study”, “as of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[month]</w:t>
      </w:r>
      <w:r>
        <w:rPr>
          <w:rFonts w:ascii="Outfit" w:hAnsi="Outfit" w:cs="Outfit" w:eastAsia="Outfit"/>
          <w:color w:val="0A0B0C"/>
          <w:sz w:val="20"/>
          <w:szCs w:val="20"/>
        </w:rPr>
        <w:t>”. A figure keeps who, when and how many.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6.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Look where an agent acted. </w:t>
      </w:r>
      <w:r>
        <w:rPr>
          <w:rFonts w:ascii="Outfit" w:hAnsi="Outfit" w:cs="Outfit" w:eastAsia="Outfit"/>
          <w:color w:val="0A0B0C"/>
          <w:sz w:val="20"/>
          <w:szCs w:val="20"/>
        </w:rPr>
        <w:t>Sent items, drafts, edited files and their version history, the calendar, the records. A run marked complete is not a run checked.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7.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Say what you checked. 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When you pass it on, add one line: Checked: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, against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[source]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, on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[date]</w:t>
      </w:r>
      <w:r>
        <w:rPr>
          <w:rFonts w:ascii="Outfit" w:hAnsi="Outfit" w:cs="Outfit" w:eastAsia="Outfit"/>
          <w:color w:val="0A0B0C"/>
          <w:sz w:val="20"/>
          <w:szCs w:val="20"/>
        </w:rPr>
        <w:t xml:space="preserve">. Not checked: </w:t>
      </w:r>
      <w:r>
        <w:rPr>
          <w:rFonts w:ascii="Outfit" w:hAnsi="Outfit" w:cs="Outfit" w:eastAsia="Outfit"/>
          <w:color w:val="0A0B0C"/>
          <w:sz w:val="20"/>
          <w:szCs w:val="20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0"/>
          <w:szCs w:val="20"/>
        </w:rPr>
        <w:t>.</w:t>
      </w:r>
    </w:p>
    <w:p>
      <w:pPr>
        <w:tabs>
          <w:tab w:val="left" w:pos="397"/>
        </w:tabs>
        <w:spacing w:before="0" w:after="100" w:line="276" w:lineRule="auto"/>
        <w:ind w:left="397" w:hanging="397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8.</w:t>
        <w:tab/>
      </w: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 xml:space="preserve">If a mistake gets out, say so. </w:t>
      </w:r>
      <w:r>
        <w:rPr>
          <w:rFonts w:ascii="Outfit" w:hAnsi="Outfit" w:cs="Outfit" w:eastAsia="Outfit"/>
          <w:color w:val="0A0B0C"/>
          <w:sz w:val="20"/>
          <w:szCs w:val="20"/>
        </w:rPr>
        <w:t>Correct it, tell the people who got it, and add it to our watch-for list.</w:t>
      </w:r>
    </w:p>
    <w:p>
      <w:pPr>
        <w:keepNext/>
        <w:spacing w:before="160" w:after="40" w:line="276" w:lineRule="auto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The line to add when you pass it on</w:t>
      </w:r>
    </w:p>
    <w:p>
      <w:pPr>
        <w:shd w:val="clear" w:color="auto" w:fill="F3F4F4"/>
        <w:spacing w:before="0" w:after="200" w:line="288" w:lineRule="auto"/>
      </w:pPr>
      <w:r>
        <w:rPr>
          <w:rFonts w:ascii="Outfit" w:hAnsi="Outfit" w:cs="Outfit" w:eastAsia="Outfit"/>
          <w:color w:val="0A0B0C"/>
          <w:sz w:val="21"/>
          <w:szCs w:val="21"/>
        </w:rPr>
        <w:t xml:space="preserve">Checked: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1"/>
          <w:szCs w:val="21"/>
        </w:rPr>
        <w:t xml:space="preserve">, against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[source]</w:t>
      </w:r>
      <w:r>
        <w:rPr>
          <w:rFonts w:ascii="Outfit" w:hAnsi="Outfit" w:cs="Outfit" w:eastAsia="Outfit"/>
          <w:color w:val="0A0B0C"/>
          <w:sz w:val="21"/>
          <w:szCs w:val="21"/>
        </w:rPr>
        <w:t xml:space="preserve">, on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[date]</w:t>
      </w:r>
      <w:r>
        <w:rPr>
          <w:rFonts w:ascii="Outfit" w:hAnsi="Outfit" w:cs="Outfit" w:eastAsia="Outfit"/>
          <w:color w:val="0A0B0C"/>
          <w:sz w:val="21"/>
          <w:szCs w:val="21"/>
        </w:rPr>
        <w:t xml:space="preserve">. Not checked: </w:t>
      </w:r>
      <w:r>
        <w:rPr>
          <w:rFonts w:ascii="Outfit" w:hAnsi="Outfit" w:cs="Outfit" w:eastAsia="Outfit"/>
          <w:color w:val="0A0B0C"/>
          <w:sz w:val="21"/>
          <w:szCs w:val="21"/>
          <w:shd w:val="clear" w:color="auto" w:fill="FFC21A"/>
        </w:rPr>
        <w:t>[what]</w:t>
      </w:r>
      <w:r>
        <w:rPr>
          <w:rFonts w:ascii="Outfit" w:hAnsi="Outfit" w:cs="Outfit" w:eastAsia="Outfit"/>
          <w:color w:val="0A0B0C"/>
          <w:sz w:val="21"/>
          <w:szCs w:val="21"/>
        </w:rPr>
        <w:t>.</w:t>
      </w:r>
    </w:p>
    <w:p>
      <w:pPr>
        <w:keepNext/>
        <w:spacing w:before="0" w:after="20" w:line="276" w:lineRule="auto"/>
      </w:pPr>
      <w:r>
        <w:rPr>
          <w:rFonts w:ascii="Outfit" w:hAnsi="Outfit" w:cs="Outfit" w:eastAsia="Outfit"/>
          <w:b/>
          <w:bCs/>
          <w:color w:val="0A0B0C"/>
          <w:sz w:val="20"/>
          <w:szCs w:val="20"/>
        </w:rPr>
        <w:t>Our watch-for list</w:t>
      </w:r>
    </w:p>
    <w:p>
      <w:pPr>
        <w:keepNext/>
        <w:spacing w:before="0" w:after="80" w:line="276" w:lineRule="auto"/>
      </w:pPr>
      <w:r>
        <w:rPr>
          <w:rFonts w:ascii="Outfit" w:hAnsi="Outfit" w:cs="Outfit" w:eastAsia="Outfit"/>
          <w:color w:val="474C53"/>
          <w:sz w:val="18"/>
          <w:szCs w:val="18"/>
        </w:rPr>
        <w:t>Mistakes we have caught before, so we look for them first.</w:t>
      </w:r>
    </w:p>
    <w:p>
      <w:pPr>
        <w:pBdr>
          <w:bottom w:val="single" w:sz="6" w:space="2" w:color="474C53"/>
        </w:pBdr>
        <w:spacing w:before="0" w:after="120" w:line="276" w:lineRule="auto"/>
      </w:pPr>
      <w:r>
        <w:rPr>
          <w:rFonts w:ascii="Outfit" w:hAnsi="Outfit" w:cs="Outfit" w:eastAsia="Outfit"/>
          <w:color w:val="0A0B0C"/>
          <w:sz w:val="19"/>
          <w:szCs w:val="19"/>
          <w:shd w:val="clear" w:color="auto" w:fill="FFC21A"/>
        </w:rPr>
        <w:t>[a mistake we caught, and where]</w:t>
      </w:r>
    </w:p>
    <w:p>
      <w:pPr>
        <w:pBdr>
          <w:bottom w:val="single" w:sz="6" w:space="2" w:color="474C53"/>
        </w:pBdr>
        <w:spacing w:before="0" w:after="120" w:line="276" w:lineRule="auto"/>
      </w:pPr>
      <w:r>
        <w:rPr>
          <w:rFonts w:ascii="Outfit" w:hAnsi="Outfit" w:cs="Outfit" w:eastAsia="Outfit"/>
          <w:color w:val="0A0B0C"/>
          <w:sz w:val="19"/>
          <w:szCs w:val="19"/>
          <w:shd w:val="clear" w:color="auto" w:fill="FFC21A"/>
        </w:rPr>
        <w:t>[a mistake we caught, and where]</w:t>
      </w:r>
    </w:p>
    <w:tbl>
      <w:tblPr>
        <w:tblW w:w="5000" w:type="pc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Team</w:t>
            </w:r>
          </w:p>
        </w:tc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[team name]</w:t>
            </w:r>
          </w:p>
        </w:tc>
      </w:tr>
      <w:tr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Agreed on</w:t>
            </w:r>
          </w:p>
        </w:tc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[date]</w:t>
            </w:r>
          </w:p>
        </w:tc>
      </w:tr>
      <w:tr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Owner of this rule</w:t>
            </w:r>
          </w:p>
        </w:tc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[name]</w:t>
            </w:r>
          </w:p>
        </w:tc>
      </w:tr>
      <w:tr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bCs/>
                <w:color w:val="0A0B0C"/>
                <w:sz w:val="19"/>
                <w:szCs w:val="19"/>
              </w:rPr>
              <w:t>Next review</w:t>
            </w:r>
          </w:p>
        </w:tc>
        <w:tc>
          <w:tcPr>
            <w:tcW w:type="dxa" w:w="4819"/>
            <w:tcBorders>
              <w:bottom w:val="single" w:sz="4" w:space="0" w:color="CDD1D5"/>
            </w:tcBorders>
          </w:tcPr>
          <w:p>
            <w:pPr>
              <w:spacing w:after="40"/>
            </w:pPr>
            <w:r>
              <w:rPr>
                <w:rFonts w:ascii="Outfit" w:hAnsi="Outfit" w:cs="Outfit" w:eastAsia="Outfit"/>
                <w:color w:val="0A0B0C"/>
                <w:sz w:val="19"/>
                <w:szCs w:val="19"/>
                <w:shd w:val="clear" w:color="auto" w:fill="FFC21A"/>
              </w:rPr>
              <w:t>[date]</w:t>
            </w:r>
          </w:p>
        </w:tc>
      </w:tr>
    </w:tbl>
    <w:p>
      <w:pPr>
        <w:spacing w:before="160" w:after="0" w:line="276" w:lineRule="auto"/>
      </w:pPr>
      <w:r>
        <w:rPr>
          <w:rFonts w:ascii="Outfit" w:hAnsi="Outfit" w:cs="Outfit" w:eastAsia="Outfit"/>
          <w:color w:val="474C53"/>
          <w:sz w:val="18"/>
          <w:szCs w:val="18"/>
        </w:rPr>
        <w:t>A team habit, not legal advice. Our organisation’s own AI rules come first.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33585EE7-913E-4AE0-9E00-06EFA86A4CF6}"/>
    <w:embedBold r:id="rIdOutfitB" w:fontKey="{74EF1367-C69A-44F4-9701-DB5F8467389D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CDD1D5"/>
      </w:pBdr>
    </w:pP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[Team name]</w:t>
    </w:r>
    <w:r>
      <w:rPr>
        <w:rFonts w:ascii="Outfit" w:hAnsi="Outfit" w:cs="Outfit" w:eastAsia="Outfit"/>
        <w:color w:val="474C53"/>
        <w:sz w:val="15"/>
        <w:szCs w:val="15"/>
      </w:rPr>
      <w:t xml:space="preserve"> rule for AI-made work, version </w:t>
    </w: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[1.0]</w:t>
    </w:r>
    <w:r>
      <w:rPr>
        <w:rFonts w:ascii="Outfit" w:hAnsi="Outfit" w:cs="Outfit" w:eastAsia="Outfit"/>
        <w:color w:val="474C53"/>
        <w:sz w:val="15"/>
        <w:szCs w:val="15"/>
      </w:rPr>
      <w:t xml:space="preserve">, </w:t>
    </w: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[date]</w:t>
    </w:r>
    <w:r>
      <w:rPr>
        <w:rFonts w:ascii="Outfit" w:hAnsi="Outfit" w:cs="Outfit" w:eastAsia="Outfit"/>
        <w:color w:val="474C53"/>
        <w:sz w:val="15"/>
        <w:szCs w:val="15"/>
      </w:rPr>
      <w:t xml:space="preserve">. Questions: </w:t>
    </w:r>
    <w:r>
      <w:rPr>
        <w:rFonts w:ascii="Outfit" w:hAnsi="Outfit" w:cs="Outfit" w:eastAsia="Outfit"/>
        <w:color w:val="474C53"/>
        <w:sz w:val="15"/>
        <w:szCs w:val="15"/>
        <w:shd w:val="clear" w:color="auto" w:fill="FFC21A"/>
      </w:rPr>
      <w:t>[name or channel]</w:t>
    </w:r>
    <w:r>
      <w:rPr>
        <w:rFonts w:ascii="Outfit" w:hAnsi="Outfit" w:cs="Outfit" w:eastAsia="Outfit"/>
        <w:color w:val="474C53"/>
        <w:sz w:val="15"/>
        <w:szCs w:val="15"/>
      </w:rPr>
      <w:t>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cs="Outfit" w:eastAsia="Outfi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you forward it</dc:title>
  <dc:subject/>
  <dc:creator>[Team name]</dc:creator>
  <cp:keywords/>
  <dc:description/>
  <cp:lastModifiedBy>[Team name]</cp:lastModifiedBy>
  <cp:revision>1</cp:revision>
  <dcterms:created xsi:type="dcterms:W3CDTF">2026-10-16T09:00:00Z</dcterms:created>
  <dcterms:modified xsi:type="dcterms:W3CDTF">2026-10-16T09:00:00Z</dcterms:modified>
  <cp:category/>
</cp:coreProperties>
</file>