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lanLabel"/>
      </w:pPr>
      <w:r>
        <w:t>MONTHLY UPDATE</w:t>
      </w:r>
    </w:p>
    <w:p>
      <w:pPr>
        <w:pStyle w:val="Title"/>
      </w:pPr>
      <w:r>
        <w:t>Monthly AI update to the leadership team</w:t>
      </w:r>
    </w:p>
    <w:tbl>
      <w:tblPr>
        <w:tblW w:w="10426" w:type="dxa"/>
        <w:tblBorders>
          <w:top w:val="nil"/>
          <w:left w:val="nil"/>
          <w:bottom w:val="nil"/>
          <w:right w:val="nil"/>
          <w:insideH w:val="nil"/>
          <w:insideV w:val="nil"/>
        </w:tblBorders>
        <w:tblLayout w:type="fixed"/>
        <w:tblCellMar>
          <w:top w:w="50" w:type="dxa"/>
          <w:left w:w="70" w:type="dxa"/>
          <w:bottom w:w="50" w:type="dxa"/>
          <w:right w:w="70" w:type="dxa"/>
        </w:tblCellMar>
        <w:tblLook w:firstColumn="1" w:firstRow="1" w:lastColumn="0" w:lastRow="0" w:noHBand="0" w:noVBand="1" w:val="04A0"/>
      </w:tblPr>
      <w:tblGrid>
        <w:gridCol w:w="3127"/>
        <w:gridCol w:w="7299"/>
      </w:tblGrid>
      <w:tr>
        <w:trPr>
          <w:cantSplit/>
        </w:trPr>
        <w:tc>
          <w:tcPr>
            <w:tcW w:w="3127" w:type="dxa"/>
            <w:tcBorders>
              <w:top w:val="nil"/>
              <w:left w:val="nil"/>
              <w:bottom w:val="single" w:sz="4" w:space="0" w:color="CFD3D7"/>
              <w:right w:val="nil"/>
            </w:tcBorders>
          </w:tcPr>
          <w:p>
            <w:pPr>
              <w:pStyle w:val="PlanTable"/>
            </w:pPr>
            <w:r>
              <w:rPr>
                <w:b/>
              </w:rPr>
              <w:t>Month</w:t>
            </w:r>
          </w:p>
        </w:tc>
        <w:tc>
          <w:tcPr>
            <w:tcW w:w="7299" w:type="dxa"/>
            <w:tcBorders>
              <w:top w:val="nil"/>
              <w:left w:val="nil"/>
              <w:bottom w:val="single" w:sz="4" w:space="0" w:color="CFD3D7"/>
              <w:right w:val="nil"/>
            </w:tcBorders>
          </w:tcPr>
          <w:p>
            <w:pPr>
              <w:pStyle w:val="PlanTable"/>
            </w:pPr>
            <w:r>
              <w:rPr>
                <w:shd w:val="clear" w:color="auto" w:fill="FFC21A"/>
              </w:rPr>
              <w:t>[month and year]</w:t>
            </w:r>
          </w:p>
        </w:tc>
      </w:tr>
      <w:tr>
        <w:trPr>
          <w:cantSplit/>
        </w:trPr>
        <w:tc>
          <w:tcPr>
            <w:tcW w:w="3127" w:type="dxa"/>
            <w:tcBorders>
              <w:top w:val="nil"/>
              <w:left w:val="nil"/>
              <w:bottom w:val="single" w:sz="4" w:space="0" w:color="CFD3D7"/>
              <w:right w:val="nil"/>
            </w:tcBorders>
          </w:tcPr>
          <w:p>
            <w:pPr>
              <w:pStyle w:val="PlanTable"/>
            </w:pPr>
            <w:r>
              <w:rPr>
                <w:b/>
              </w:rPr>
              <w:t>Prepared by</w:t>
            </w:r>
          </w:p>
        </w:tc>
        <w:tc>
          <w:tcPr>
            <w:tcW w:w="7299" w:type="dxa"/>
            <w:tcBorders>
              <w:top w:val="nil"/>
              <w:left w:val="nil"/>
              <w:bottom w:val="single" w:sz="4" w:space="0" w:color="CFD3D7"/>
              <w:right w:val="nil"/>
            </w:tcBorders>
          </w:tcPr>
          <w:p>
            <w:pPr>
              <w:pStyle w:val="PlanTable"/>
            </w:pPr>
            <w:r>
              <w:rPr>
                <w:shd w:val="clear" w:color="auto" w:fill="FFC21A"/>
              </w:rPr>
              <w:t>[owner's name]</w:t>
            </w:r>
          </w:p>
        </w:tc>
      </w:tr>
      <w:tr>
        <w:trPr>
          <w:cantSplit/>
        </w:trPr>
        <w:tc>
          <w:tcPr>
            <w:tcW w:w="3127" w:type="dxa"/>
            <w:tcBorders>
              <w:top w:val="nil"/>
              <w:left w:val="nil"/>
              <w:bottom w:val="single" w:sz="4" w:space="0" w:color="CFD3D7"/>
              <w:right w:val="nil"/>
            </w:tcBorders>
          </w:tcPr>
          <w:p>
            <w:pPr>
              <w:pStyle w:val="PlanTable"/>
            </w:pPr>
            <w:r>
              <w:rPr>
                <w:b/>
              </w:rPr>
              <w:t>Days since day 1</w:t>
            </w:r>
          </w:p>
        </w:tc>
        <w:tc>
          <w:tcPr>
            <w:tcW w:w="7299" w:type="dxa"/>
            <w:tcBorders>
              <w:top w:val="nil"/>
              <w:left w:val="nil"/>
              <w:bottom w:val="single" w:sz="4" w:space="0" w:color="CFD3D7"/>
              <w:right w:val="nil"/>
            </w:tcBorders>
          </w:tcPr>
          <w:p>
            <w:pPr>
              <w:pStyle w:val="PlanTable"/>
            </w:pPr>
            <w:r>
              <w:rPr>
                <w:shd w:val="clear" w:color="auto" w:fill="FFC21A"/>
              </w:rPr>
              <w:t>[number]</w:t>
            </w:r>
          </w:p>
        </w:tc>
      </w:tr>
      <w:tr>
        <w:trPr>
          <w:cantSplit/>
        </w:trPr>
        <w:tc>
          <w:tcPr>
            <w:tcW w:w="3127" w:type="dxa"/>
            <w:tcBorders>
              <w:top w:val="nil"/>
              <w:left w:val="nil"/>
              <w:bottom w:val="single" w:sz="4" w:space="0" w:color="CFD3D7"/>
              <w:right w:val="nil"/>
            </w:tcBorders>
          </w:tcPr>
          <w:p>
            <w:pPr>
              <w:pStyle w:val="PlanTable"/>
            </w:pPr>
            <w:r>
              <w:rPr>
                <w:b/>
              </w:rPr>
              <w:t>Stage</w:t>
            </w:r>
          </w:p>
        </w:tc>
        <w:tc>
          <w:tcPr>
            <w:tcW w:w="7299" w:type="dxa"/>
            <w:tcBorders>
              <w:top w:val="nil"/>
              <w:left w:val="nil"/>
              <w:bottom w:val="single" w:sz="4" w:space="0" w:color="CFD3D7"/>
              <w:right w:val="nil"/>
            </w:tcBorders>
          </w:tcPr>
          <w:p>
            <w:pPr>
              <w:pStyle w:val="PlanTable"/>
            </w:pPr>
            <w:r>
              <w:rPr>
                <w:shd w:val="clear" w:color="auto" w:fill="FFC21A"/>
              </w:rPr>
              <w:t>[days 1 to 30 / 31 to 60 / 61 to 90 / monthly rhythm]</w:t>
            </w:r>
          </w:p>
        </w:tc>
      </w:tr>
    </w:tbl>
    <w:p>
      <w:pPr>
        <w:pStyle w:val="PlanSmall"/>
      </w:pPr>
    </w:p>
    <w:p>
      <w:pPr>
        <w:pStyle w:val="Heading1"/>
      </w:pPr>
      <w:r>
        <w:t>1. In one paragraph</w:t>
      </w:r>
    </w:p>
    <w:p>
      <w:pPr/>
      <w:r>
        <w:rPr>
          <w:shd w:val="clear" w:color="auto" w:fill="FFC21A"/>
        </w:rPr>
        <w:t>[What changed this month, in three or four plain sentences. Lead with what changed for customers or the team, not with the tools.]</w:t>
      </w:r>
    </w:p>
    <w:p>
      <w:pPr>
        <w:pStyle w:val="Heading1"/>
      </w:pPr>
      <w:r>
        <w:t>2. The jobs</w:t>
      </w:r>
    </w:p>
    <w:tbl>
      <w:tblPr>
        <w:tblW w:w="10426" w:type="dxa"/>
        <w:tblBorders>
          <w:top w:val="nil"/>
          <w:left w:val="nil"/>
          <w:bottom w:val="nil"/>
          <w:right w:val="nil"/>
          <w:insideH w:val="nil"/>
          <w:insideV w:val="nil"/>
        </w:tblBorders>
        <w:tblLayout w:type="fixed"/>
        <w:tblCellMar>
          <w:top w:w="50" w:type="dxa"/>
          <w:left w:w="70" w:type="dxa"/>
          <w:bottom w:w="50" w:type="dxa"/>
          <w:right w:w="70" w:type="dxa"/>
        </w:tblCellMar>
        <w:tblLook w:firstColumn="1" w:firstRow="1" w:lastColumn="0" w:lastRow="0" w:noHBand="0" w:noVBand="1" w:val="04A0"/>
      </w:tblPr>
      <w:tblGrid>
        <w:gridCol w:w="2293"/>
        <w:gridCol w:w="1355"/>
        <w:gridCol w:w="1355"/>
        <w:gridCol w:w="1355"/>
        <w:gridCol w:w="1355"/>
        <w:gridCol w:w="1355"/>
        <w:gridCol w:w="1358"/>
      </w:tblGrid>
      <w:tr>
        <w:trPr>
          <w:cantSplit/>
        </w:trPr>
        <w:tc>
          <w:tcPr>
            <w:tcW w:w="2293" w:type="dxa"/>
            <w:shd w:val="clear" w:color="auto" w:fill="1F5FE0"/>
          </w:tcPr>
          <w:p>
            <w:pPr>
              <w:pStyle w:val="PlanTableHead"/>
              <w:keepNext/>
            </w:pPr>
            <w:r>
              <w:t>Job</w:t>
            </w:r>
          </w:p>
        </w:tc>
        <w:tc>
          <w:tcPr>
            <w:tcW w:w="1355" w:type="dxa"/>
            <w:shd w:val="clear" w:color="auto" w:fill="1F5FE0"/>
          </w:tcPr>
          <w:p>
            <w:pPr>
              <w:pStyle w:val="PlanTableHead"/>
              <w:keepNext/>
            </w:pPr>
            <w:r>
              <w:t>Team</w:t>
            </w:r>
          </w:p>
        </w:tc>
        <w:tc>
          <w:tcPr>
            <w:tcW w:w="1355" w:type="dxa"/>
            <w:shd w:val="clear" w:color="auto" w:fill="1F5FE0"/>
          </w:tcPr>
          <w:p>
            <w:pPr>
              <w:pStyle w:val="PlanTableHead"/>
              <w:keepNext/>
            </w:pPr>
            <w:r>
              <w:t>Level</w:t>
            </w:r>
          </w:p>
        </w:tc>
        <w:tc>
          <w:tcPr>
            <w:tcW w:w="1355" w:type="dxa"/>
            <w:shd w:val="clear" w:color="auto" w:fill="1F5FE0"/>
          </w:tcPr>
          <w:p>
            <w:pPr>
              <w:pStyle w:val="PlanTableHead"/>
              <w:keepNext/>
            </w:pPr>
            <w:r>
              <w:t>Runs this month</w:t>
            </w:r>
          </w:p>
        </w:tc>
        <w:tc>
          <w:tcPr>
            <w:tcW w:w="1355" w:type="dxa"/>
            <w:shd w:val="clear" w:color="auto" w:fill="1F5FE0"/>
          </w:tcPr>
          <w:p>
            <w:pPr>
              <w:pStyle w:val="PlanTableHead"/>
              <w:keepNext/>
            </w:pPr>
            <w:r>
              <w:t>Clean runs</w:t>
            </w:r>
          </w:p>
        </w:tc>
        <w:tc>
          <w:tcPr>
            <w:tcW w:w="1355" w:type="dxa"/>
            <w:shd w:val="clear" w:color="auto" w:fill="1F5FE0"/>
          </w:tcPr>
          <w:p>
            <w:pPr>
              <w:pStyle w:val="PlanTableHead"/>
              <w:keepNext/>
            </w:pPr>
            <w:r>
              <w:t>Surprises</w:t>
            </w:r>
          </w:p>
        </w:tc>
        <w:tc>
          <w:tcPr>
            <w:tcW w:w="1358" w:type="dxa"/>
            <w:shd w:val="clear" w:color="auto" w:fill="1F5FE0"/>
          </w:tcPr>
          <w:p>
            <w:pPr>
              <w:pStyle w:val="PlanTableHead"/>
              <w:keepNext/>
            </w:pPr>
            <w:r>
              <w:t>Decision</w:t>
            </w:r>
          </w:p>
        </w:tc>
      </w:tr>
      <w:tr>
        <w:trPr>
          <w:cantSplit/>
        </w:trPr>
        <w:tc>
          <w:tcPr>
            <w:tcW w:w="2293" w:type="dxa"/>
            <w:tcBorders>
              <w:top w:val="nil"/>
              <w:left w:val="nil"/>
              <w:bottom w:val="single" w:sz="4" w:space="0" w:color="CFD3D7"/>
              <w:right w:val="nil"/>
            </w:tcBorders>
          </w:tcPr>
          <w:p>
            <w:pPr>
              <w:pStyle w:val="PlanTable"/>
              <w:keepNext/>
            </w:pPr>
            <w:r>
              <w:rPr>
                <w:shd w:val="clear" w:color="auto" w:fill="FFC21A"/>
              </w:rPr>
              <w:t>[job]</w:t>
            </w:r>
          </w:p>
        </w:tc>
        <w:tc>
          <w:tcPr>
            <w:tcW w:w="1355" w:type="dxa"/>
            <w:tcBorders>
              <w:top w:val="nil"/>
              <w:left w:val="nil"/>
              <w:bottom w:val="single" w:sz="4" w:space="0" w:color="CFD3D7"/>
              <w:right w:val="nil"/>
            </w:tcBorders>
          </w:tcPr>
          <w:p>
            <w:pPr>
              <w:pStyle w:val="PlanTable"/>
              <w:keepNext/>
            </w:pPr>
            <w:r>
              <w:rPr>
                <w:shd w:val="clear" w:color="auto" w:fill="FFC21A"/>
              </w:rPr>
              <w:t>[team]</w:t>
            </w:r>
          </w:p>
        </w:tc>
        <w:tc>
          <w:tcPr>
            <w:tcW w:w="1355" w:type="dxa"/>
            <w:tcBorders>
              <w:top w:val="nil"/>
              <w:left w:val="nil"/>
              <w:bottom w:val="single" w:sz="4" w:space="0" w:color="CFD3D7"/>
              <w:right w:val="nil"/>
            </w:tcBorders>
          </w:tcPr>
          <w:p>
            <w:pPr>
              <w:pStyle w:val="PlanTable"/>
              <w:keepNext/>
            </w:pPr>
            <w:r>
              <w:rPr>
                <w:shd w:val="clear" w:color="auto" w:fill="FFC21A"/>
              </w:rPr>
              <w:t>[1 Read / 2 Draft / 3 Ask first]</w:t>
            </w:r>
          </w:p>
        </w:tc>
        <w:tc>
          <w:tcPr>
            <w:tcW w:w="1355" w:type="dxa"/>
            <w:tcBorders>
              <w:top w:val="nil"/>
              <w:left w:val="nil"/>
              <w:bottom w:val="single" w:sz="4" w:space="0" w:color="CFD3D7"/>
              <w:right w:val="nil"/>
            </w:tcBorders>
          </w:tcPr>
          <w:p>
            <w:pPr>
              <w:pStyle w:val="PlanTable"/>
              <w:keepNext/>
            </w:pPr>
            <w:r>
              <w:rPr>
                <w:shd w:val="clear" w:color="auto" w:fill="FFC21A"/>
              </w:rPr>
              <w:t>[number]</w:t>
            </w:r>
          </w:p>
        </w:tc>
        <w:tc>
          <w:tcPr>
            <w:tcW w:w="1355" w:type="dxa"/>
            <w:tcBorders>
              <w:top w:val="nil"/>
              <w:left w:val="nil"/>
              <w:bottom w:val="single" w:sz="4" w:space="0" w:color="CFD3D7"/>
              <w:right w:val="nil"/>
            </w:tcBorders>
          </w:tcPr>
          <w:p>
            <w:pPr>
              <w:pStyle w:val="PlanTable"/>
              <w:keepNext/>
            </w:pPr>
            <w:r>
              <w:rPr>
                <w:shd w:val="clear" w:color="auto" w:fill="FFC21A"/>
              </w:rPr>
              <w:t>[number]</w:t>
            </w:r>
          </w:p>
        </w:tc>
        <w:tc>
          <w:tcPr>
            <w:tcW w:w="1355" w:type="dxa"/>
            <w:tcBorders>
              <w:top w:val="nil"/>
              <w:left w:val="nil"/>
              <w:bottom w:val="single" w:sz="4" w:space="0" w:color="CFD3D7"/>
              <w:right w:val="nil"/>
            </w:tcBorders>
          </w:tcPr>
          <w:p>
            <w:pPr>
              <w:pStyle w:val="PlanTable"/>
              <w:keepNext/>
            </w:pPr>
            <w:r>
              <w:rPr>
                <w:shd w:val="clear" w:color="auto" w:fill="FFC21A"/>
              </w:rPr>
              <w:t>[number]</w:t>
            </w:r>
          </w:p>
        </w:tc>
        <w:tc>
          <w:tcPr>
            <w:tcW w:w="1358" w:type="dxa"/>
            <w:tcBorders>
              <w:top w:val="nil"/>
              <w:left w:val="nil"/>
              <w:bottom w:val="single" w:sz="4" w:space="0" w:color="CFD3D7"/>
              <w:right w:val="nil"/>
            </w:tcBorders>
          </w:tcPr>
          <w:p>
            <w:pPr>
              <w:pStyle w:val="PlanTable"/>
              <w:keepNext/>
            </w:pPr>
            <w:r>
              <w:rPr>
                <w:shd w:val="clear" w:color="auto" w:fill="FFC21A"/>
              </w:rPr>
              <w:t>[scale / fix / stop / keep going]</w:t>
            </w:r>
          </w:p>
        </w:tc>
      </w:tr>
      <w:tr>
        <w:trPr>
          <w:cantSplit/>
        </w:trPr>
        <w:tc>
          <w:tcPr>
            <w:tcW w:w="2293" w:type="dxa"/>
            <w:tcBorders>
              <w:top w:val="nil"/>
              <w:left w:val="nil"/>
              <w:bottom w:val="single" w:sz="4" w:space="0" w:color="CFD3D7"/>
              <w:right w:val="nil"/>
            </w:tcBorders>
          </w:tcPr>
          <w:p>
            <w:pPr>
              <w:pStyle w:val="PlanTable"/>
              <w:keepNext/>
            </w:pPr>
            <w:r>
              <w:rPr>
                <w:shd w:val="clear" w:color="auto" w:fill="FFC21A"/>
              </w:rPr>
              <w:t>[job]</w:t>
            </w:r>
          </w:p>
        </w:tc>
        <w:tc>
          <w:tcPr>
            <w:tcW w:w="1355" w:type="dxa"/>
            <w:tcBorders>
              <w:top w:val="nil"/>
              <w:left w:val="nil"/>
              <w:bottom w:val="single" w:sz="4" w:space="0" w:color="CFD3D7"/>
              <w:right w:val="nil"/>
            </w:tcBorders>
          </w:tcPr>
          <w:p>
            <w:pPr>
              <w:pStyle w:val="PlanTable"/>
              <w:keepNext/>
            </w:pPr>
            <w:r>
              <w:rPr>
                <w:shd w:val="clear" w:color="auto" w:fill="FFC21A"/>
              </w:rPr>
              <w:t>[team]</w:t>
            </w:r>
          </w:p>
        </w:tc>
        <w:tc>
          <w:tcPr>
            <w:tcW w:w="1355" w:type="dxa"/>
            <w:tcBorders>
              <w:top w:val="nil"/>
              <w:left w:val="nil"/>
              <w:bottom w:val="single" w:sz="4" w:space="0" w:color="CFD3D7"/>
              <w:right w:val="nil"/>
            </w:tcBorders>
          </w:tcPr>
          <w:p>
            <w:pPr>
              <w:pStyle w:val="PlanTable"/>
              <w:keepNext/>
            </w:pPr>
            <w:r>
              <w:rPr>
                <w:shd w:val="clear" w:color="auto" w:fill="FFC21A"/>
              </w:rPr>
              <w:t>[level]</w:t>
            </w:r>
          </w:p>
        </w:tc>
        <w:tc>
          <w:tcPr>
            <w:tcW w:w="1355" w:type="dxa"/>
            <w:tcBorders>
              <w:top w:val="nil"/>
              <w:left w:val="nil"/>
              <w:bottom w:val="single" w:sz="4" w:space="0" w:color="CFD3D7"/>
              <w:right w:val="nil"/>
            </w:tcBorders>
          </w:tcPr>
          <w:p>
            <w:pPr>
              <w:pStyle w:val="PlanTable"/>
              <w:keepNext/>
            </w:pPr>
            <w:r>
              <w:rPr>
                <w:shd w:val="clear" w:color="auto" w:fill="FFC21A"/>
              </w:rPr>
              <w:t>[number]</w:t>
            </w:r>
          </w:p>
        </w:tc>
        <w:tc>
          <w:tcPr>
            <w:tcW w:w="1355" w:type="dxa"/>
            <w:tcBorders>
              <w:top w:val="nil"/>
              <w:left w:val="nil"/>
              <w:bottom w:val="single" w:sz="4" w:space="0" w:color="CFD3D7"/>
              <w:right w:val="nil"/>
            </w:tcBorders>
          </w:tcPr>
          <w:p>
            <w:pPr>
              <w:pStyle w:val="PlanTable"/>
              <w:keepNext/>
            </w:pPr>
            <w:r>
              <w:rPr>
                <w:shd w:val="clear" w:color="auto" w:fill="FFC21A"/>
              </w:rPr>
              <w:t>[number]</w:t>
            </w:r>
          </w:p>
        </w:tc>
        <w:tc>
          <w:tcPr>
            <w:tcW w:w="1355" w:type="dxa"/>
            <w:tcBorders>
              <w:top w:val="nil"/>
              <w:left w:val="nil"/>
              <w:bottom w:val="single" w:sz="4" w:space="0" w:color="CFD3D7"/>
              <w:right w:val="nil"/>
            </w:tcBorders>
          </w:tcPr>
          <w:p>
            <w:pPr>
              <w:pStyle w:val="PlanTable"/>
              <w:keepNext/>
            </w:pPr>
            <w:r>
              <w:rPr>
                <w:shd w:val="clear" w:color="auto" w:fill="FFC21A"/>
              </w:rPr>
              <w:t>[number]</w:t>
            </w:r>
          </w:p>
        </w:tc>
        <w:tc>
          <w:tcPr>
            <w:tcW w:w="1358" w:type="dxa"/>
            <w:tcBorders>
              <w:top w:val="nil"/>
              <w:left w:val="nil"/>
              <w:bottom w:val="single" w:sz="4" w:space="0" w:color="CFD3D7"/>
              <w:right w:val="nil"/>
            </w:tcBorders>
          </w:tcPr>
          <w:p>
            <w:pPr>
              <w:pStyle w:val="PlanTable"/>
              <w:keepNext/>
            </w:pPr>
            <w:r>
              <w:rPr>
                <w:shd w:val="clear" w:color="auto" w:fill="FFC21A"/>
              </w:rPr>
              <w:t>[decision]</w:t>
            </w:r>
          </w:p>
        </w:tc>
      </w:tr>
      <w:tr>
        <w:trPr>
          <w:cantSplit/>
        </w:trPr>
        <w:tc>
          <w:tcPr>
            <w:tcW w:w="2293" w:type="dxa"/>
            <w:tcBorders>
              <w:top w:val="nil"/>
              <w:left w:val="nil"/>
              <w:bottom w:val="single" w:sz="4" w:space="0" w:color="CFD3D7"/>
              <w:right w:val="nil"/>
            </w:tcBorders>
          </w:tcPr>
          <w:p>
            <w:pPr>
              <w:pStyle w:val="PlanTable"/>
            </w:pPr>
            <w:r>
              <w:rPr>
                <w:shd w:val="clear" w:color="auto" w:fill="FFC21A"/>
              </w:rPr>
              <w:t>[job]</w:t>
            </w:r>
          </w:p>
        </w:tc>
        <w:tc>
          <w:tcPr>
            <w:tcW w:w="1355" w:type="dxa"/>
            <w:tcBorders>
              <w:top w:val="nil"/>
              <w:left w:val="nil"/>
              <w:bottom w:val="single" w:sz="4" w:space="0" w:color="CFD3D7"/>
              <w:right w:val="nil"/>
            </w:tcBorders>
          </w:tcPr>
          <w:p>
            <w:pPr>
              <w:pStyle w:val="PlanTable"/>
            </w:pPr>
            <w:r>
              <w:rPr>
                <w:shd w:val="clear" w:color="auto" w:fill="FFC21A"/>
              </w:rPr>
              <w:t>[team]</w:t>
            </w:r>
          </w:p>
        </w:tc>
        <w:tc>
          <w:tcPr>
            <w:tcW w:w="1355" w:type="dxa"/>
            <w:tcBorders>
              <w:top w:val="nil"/>
              <w:left w:val="nil"/>
              <w:bottom w:val="single" w:sz="4" w:space="0" w:color="CFD3D7"/>
              <w:right w:val="nil"/>
            </w:tcBorders>
          </w:tcPr>
          <w:p>
            <w:pPr>
              <w:pStyle w:val="PlanTable"/>
            </w:pPr>
            <w:r>
              <w:rPr>
                <w:shd w:val="clear" w:color="auto" w:fill="FFC21A"/>
              </w:rPr>
              <w:t>[level]</w:t>
            </w:r>
          </w:p>
        </w:tc>
        <w:tc>
          <w:tcPr>
            <w:tcW w:w="1355" w:type="dxa"/>
            <w:tcBorders>
              <w:top w:val="nil"/>
              <w:left w:val="nil"/>
              <w:bottom w:val="single" w:sz="4" w:space="0" w:color="CFD3D7"/>
              <w:right w:val="nil"/>
            </w:tcBorders>
          </w:tcPr>
          <w:p>
            <w:pPr>
              <w:pStyle w:val="PlanTable"/>
            </w:pPr>
            <w:r>
              <w:rPr>
                <w:shd w:val="clear" w:color="auto" w:fill="FFC21A"/>
              </w:rPr>
              <w:t>[number]</w:t>
            </w:r>
          </w:p>
        </w:tc>
        <w:tc>
          <w:tcPr>
            <w:tcW w:w="1355" w:type="dxa"/>
            <w:tcBorders>
              <w:top w:val="nil"/>
              <w:left w:val="nil"/>
              <w:bottom w:val="single" w:sz="4" w:space="0" w:color="CFD3D7"/>
              <w:right w:val="nil"/>
            </w:tcBorders>
          </w:tcPr>
          <w:p>
            <w:pPr>
              <w:pStyle w:val="PlanTable"/>
            </w:pPr>
            <w:r>
              <w:rPr>
                <w:shd w:val="clear" w:color="auto" w:fill="FFC21A"/>
              </w:rPr>
              <w:t>[number]</w:t>
            </w:r>
          </w:p>
        </w:tc>
        <w:tc>
          <w:tcPr>
            <w:tcW w:w="1355" w:type="dxa"/>
            <w:tcBorders>
              <w:top w:val="nil"/>
              <w:left w:val="nil"/>
              <w:bottom w:val="single" w:sz="4" w:space="0" w:color="CFD3D7"/>
              <w:right w:val="nil"/>
            </w:tcBorders>
          </w:tcPr>
          <w:p>
            <w:pPr>
              <w:pStyle w:val="PlanTable"/>
            </w:pPr>
            <w:r>
              <w:rPr>
                <w:shd w:val="clear" w:color="auto" w:fill="FFC21A"/>
              </w:rPr>
              <w:t>[number]</w:t>
            </w:r>
          </w:p>
        </w:tc>
        <w:tc>
          <w:tcPr>
            <w:tcW w:w="1358" w:type="dxa"/>
            <w:tcBorders>
              <w:top w:val="nil"/>
              <w:left w:val="nil"/>
              <w:bottom w:val="single" w:sz="4" w:space="0" w:color="CFD3D7"/>
              <w:right w:val="nil"/>
            </w:tcBorders>
          </w:tcPr>
          <w:p>
            <w:pPr>
              <w:pStyle w:val="PlanTable"/>
            </w:pPr>
            <w:r>
              <w:rPr>
                <w:shd w:val="clear" w:color="auto" w:fill="FFC21A"/>
              </w:rPr>
              <w:t>[decision]</w:t>
            </w:r>
          </w:p>
        </w:tc>
      </w:tr>
    </w:tbl>
    <w:p>
      <w:pPr>
        <w:pStyle w:val="Heading1"/>
      </w:pPr>
      <w:r>
        <w:t>3. Measures against the baseline</w:t>
      </w:r>
    </w:p>
    <w:tbl>
      <w:tblPr>
        <w:tblW w:w="10426" w:type="dxa"/>
        <w:tblBorders>
          <w:top w:val="nil"/>
          <w:left w:val="nil"/>
          <w:bottom w:val="nil"/>
          <w:right w:val="nil"/>
          <w:insideH w:val="nil"/>
          <w:insideV w:val="nil"/>
        </w:tblBorders>
        <w:tblLayout w:type="fixed"/>
        <w:tblCellMar>
          <w:top w:w="50" w:type="dxa"/>
          <w:left w:w="70" w:type="dxa"/>
          <w:bottom w:w="50" w:type="dxa"/>
          <w:right w:w="70" w:type="dxa"/>
        </w:tblCellMar>
        <w:tblLook w:firstColumn="1" w:firstRow="1" w:lastColumn="0" w:lastRow="0" w:noHBand="0" w:noVBand="1" w:val="04A0"/>
      </w:tblPr>
      <w:tblGrid>
        <w:gridCol w:w="2502"/>
        <w:gridCol w:w="1981"/>
        <w:gridCol w:w="1981"/>
        <w:gridCol w:w="1981"/>
        <w:gridCol w:w="1981"/>
      </w:tblGrid>
      <w:tr>
        <w:trPr>
          <w:cantSplit/>
        </w:trPr>
        <w:tc>
          <w:tcPr>
            <w:tcW w:w="2502" w:type="dxa"/>
            <w:shd w:val="clear" w:color="auto" w:fill="1F5FE0"/>
          </w:tcPr>
          <w:p>
            <w:pPr>
              <w:pStyle w:val="PlanTableHead"/>
              <w:keepNext/>
            </w:pPr>
            <w:r>
              <w:t>Job</w:t>
            </w:r>
          </w:p>
        </w:tc>
        <w:tc>
          <w:tcPr>
            <w:tcW w:w="1981" w:type="dxa"/>
            <w:shd w:val="clear" w:color="auto" w:fill="1F5FE0"/>
          </w:tcPr>
          <w:p>
            <w:pPr>
              <w:pStyle w:val="PlanTableHead"/>
              <w:keepNext/>
            </w:pPr>
            <w:r>
              <w:t>Measure</w:t>
            </w:r>
          </w:p>
        </w:tc>
        <w:tc>
          <w:tcPr>
            <w:tcW w:w="1981" w:type="dxa"/>
            <w:shd w:val="clear" w:color="auto" w:fill="1F5FE0"/>
          </w:tcPr>
          <w:p>
            <w:pPr>
              <w:pStyle w:val="PlanTableHead"/>
              <w:keepNext/>
            </w:pPr>
            <w:r>
              <w:t>Baseline</w:t>
            </w:r>
          </w:p>
        </w:tc>
        <w:tc>
          <w:tcPr>
            <w:tcW w:w="1981" w:type="dxa"/>
            <w:shd w:val="clear" w:color="auto" w:fill="1F5FE0"/>
          </w:tcPr>
          <w:p>
            <w:pPr>
              <w:pStyle w:val="PlanTableHead"/>
              <w:keepNext/>
            </w:pPr>
            <w:r>
              <w:t>This month</w:t>
            </w:r>
          </w:p>
        </w:tc>
        <w:tc>
          <w:tcPr>
            <w:tcW w:w="1981" w:type="dxa"/>
            <w:shd w:val="clear" w:color="auto" w:fill="1F5FE0"/>
          </w:tcPr>
          <w:p>
            <w:pPr>
              <w:pStyle w:val="PlanTableHead"/>
              <w:keepNext/>
            </w:pPr>
            <w:r>
              <w:t>Change</w:t>
            </w:r>
          </w:p>
        </w:tc>
      </w:tr>
      <w:tr>
        <w:trPr>
          <w:cantSplit/>
        </w:trPr>
        <w:tc>
          <w:tcPr>
            <w:tcW w:w="2502" w:type="dxa"/>
            <w:tcBorders>
              <w:top w:val="nil"/>
              <w:left w:val="nil"/>
              <w:bottom w:val="single" w:sz="4" w:space="0" w:color="CFD3D7"/>
              <w:right w:val="nil"/>
            </w:tcBorders>
          </w:tcPr>
          <w:p>
            <w:pPr>
              <w:pStyle w:val="PlanTable"/>
              <w:keepNext/>
            </w:pPr>
            <w:r>
              <w:rPr>
                <w:shd w:val="clear" w:color="auto" w:fill="FFC21A"/>
              </w:rPr>
              <w:t>[job]</w:t>
            </w:r>
          </w:p>
        </w:tc>
        <w:tc>
          <w:tcPr>
            <w:tcW w:w="1981" w:type="dxa"/>
            <w:tcBorders>
              <w:top w:val="nil"/>
              <w:left w:val="nil"/>
              <w:bottom w:val="single" w:sz="4" w:space="0" w:color="CFD3D7"/>
              <w:right w:val="nil"/>
            </w:tcBorders>
          </w:tcPr>
          <w:p>
            <w:pPr>
              <w:pStyle w:val="PlanTable"/>
              <w:keepNext/>
            </w:pPr>
            <w:r>
              <w:t>Quality</w:t>
            </w:r>
          </w:p>
        </w:tc>
        <w:tc>
          <w:tcPr>
            <w:tcW w:w="1981" w:type="dxa"/>
            <w:tcBorders>
              <w:top w:val="nil"/>
              <w:left w:val="nil"/>
              <w:bottom w:val="single" w:sz="4" w:space="0" w:color="CFD3D7"/>
              <w:right w:val="nil"/>
            </w:tcBorders>
          </w:tcPr>
          <w:p>
            <w:pPr>
              <w:pStyle w:val="PlanTable"/>
              <w:keepNext/>
            </w:pPr>
            <w:r>
              <w:rPr>
                <w:shd w:val="clear" w:color="auto" w:fill="FFC21A"/>
              </w:rPr>
              <w:t>[score]</w:t>
            </w:r>
          </w:p>
        </w:tc>
        <w:tc>
          <w:tcPr>
            <w:tcW w:w="1981" w:type="dxa"/>
            <w:tcBorders>
              <w:top w:val="nil"/>
              <w:left w:val="nil"/>
              <w:bottom w:val="single" w:sz="4" w:space="0" w:color="CFD3D7"/>
              <w:right w:val="nil"/>
            </w:tcBorders>
          </w:tcPr>
          <w:p>
            <w:pPr>
              <w:pStyle w:val="PlanTable"/>
              <w:keepNext/>
            </w:pPr>
            <w:r>
              <w:rPr>
                <w:shd w:val="clear" w:color="auto" w:fill="FFC21A"/>
              </w:rPr>
              <w:t>[score]</w:t>
            </w:r>
          </w:p>
        </w:tc>
        <w:tc>
          <w:tcPr>
            <w:tcW w:w="1981" w:type="dxa"/>
            <w:tcBorders>
              <w:top w:val="nil"/>
              <w:left w:val="nil"/>
              <w:bottom w:val="single" w:sz="4" w:space="0" w:color="CFD3D7"/>
              <w:right w:val="nil"/>
            </w:tcBorders>
          </w:tcPr>
          <w:p>
            <w:pPr>
              <w:pStyle w:val="PlanTable"/>
              <w:keepNext/>
            </w:pPr>
            <w:r>
              <w:rPr>
                <w:shd w:val="clear" w:color="auto" w:fill="FFC21A"/>
              </w:rPr>
              <w:t>[better / same / worse]</w:t>
            </w:r>
          </w:p>
        </w:tc>
      </w:tr>
      <w:tr>
        <w:trPr>
          <w:cantSplit/>
        </w:trPr>
        <w:tc>
          <w:tcPr>
            <w:tcW w:w="2502" w:type="dxa"/>
            <w:tcBorders>
              <w:top w:val="nil"/>
              <w:left w:val="nil"/>
              <w:bottom w:val="single" w:sz="4" w:space="0" w:color="CFD3D7"/>
              <w:right w:val="nil"/>
            </w:tcBorders>
          </w:tcPr>
          <w:p>
            <w:pPr>
              <w:pStyle w:val="PlanTable"/>
              <w:keepNext/>
            </w:pPr>
            <w:r>
              <w:rPr>
                <w:shd w:val="clear" w:color="auto" w:fill="FFC21A"/>
              </w:rPr>
              <w:t>[job]</w:t>
            </w:r>
          </w:p>
        </w:tc>
        <w:tc>
          <w:tcPr>
            <w:tcW w:w="1981" w:type="dxa"/>
            <w:tcBorders>
              <w:top w:val="nil"/>
              <w:left w:val="nil"/>
              <w:bottom w:val="single" w:sz="4" w:space="0" w:color="CFD3D7"/>
              <w:right w:val="nil"/>
            </w:tcBorders>
          </w:tcPr>
          <w:p>
            <w:pPr>
              <w:pStyle w:val="PlanTable"/>
              <w:keepNext/>
            </w:pPr>
            <w:r>
              <w:t>Rework</w:t>
            </w:r>
          </w:p>
        </w:tc>
        <w:tc>
          <w:tcPr>
            <w:tcW w:w="1981" w:type="dxa"/>
            <w:tcBorders>
              <w:top w:val="nil"/>
              <w:left w:val="nil"/>
              <w:bottom w:val="single" w:sz="4" w:space="0" w:color="CFD3D7"/>
              <w:right w:val="nil"/>
            </w:tcBorders>
          </w:tcPr>
          <w:p>
            <w:pPr>
              <w:pStyle w:val="PlanTable"/>
              <w:keepNext/>
            </w:pPr>
            <w:r>
              <w:rPr>
                <w:shd w:val="clear" w:color="auto" w:fill="FFC21A"/>
              </w:rPr>
              <w:t>[count]</w:t>
            </w:r>
          </w:p>
        </w:tc>
        <w:tc>
          <w:tcPr>
            <w:tcW w:w="1981" w:type="dxa"/>
            <w:tcBorders>
              <w:top w:val="nil"/>
              <w:left w:val="nil"/>
              <w:bottom w:val="single" w:sz="4" w:space="0" w:color="CFD3D7"/>
              <w:right w:val="nil"/>
            </w:tcBorders>
          </w:tcPr>
          <w:p>
            <w:pPr>
              <w:pStyle w:val="PlanTable"/>
              <w:keepNext/>
            </w:pPr>
            <w:r>
              <w:rPr>
                <w:shd w:val="clear" w:color="auto" w:fill="FFC21A"/>
              </w:rPr>
              <w:t>[count]</w:t>
            </w:r>
          </w:p>
        </w:tc>
        <w:tc>
          <w:tcPr>
            <w:tcW w:w="1981" w:type="dxa"/>
            <w:tcBorders>
              <w:top w:val="nil"/>
              <w:left w:val="nil"/>
              <w:bottom w:val="single" w:sz="4" w:space="0" w:color="CFD3D7"/>
              <w:right w:val="nil"/>
            </w:tcBorders>
          </w:tcPr>
          <w:p>
            <w:pPr>
              <w:pStyle w:val="PlanTable"/>
              <w:keepNext/>
            </w:pPr>
            <w:r>
              <w:rPr>
                <w:shd w:val="clear" w:color="auto" w:fill="FFC21A"/>
              </w:rPr>
              <w:t>[change]</w:t>
            </w:r>
          </w:p>
        </w:tc>
      </w:tr>
      <w:tr>
        <w:trPr>
          <w:cantSplit/>
        </w:trPr>
        <w:tc>
          <w:tcPr>
            <w:tcW w:w="2502" w:type="dxa"/>
            <w:tcBorders>
              <w:top w:val="nil"/>
              <w:left w:val="nil"/>
              <w:bottom w:val="single" w:sz="4" w:space="0" w:color="CFD3D7"/>
              <w:right w:val="nil"/>
            </w:tcBorders>
          </w:tcPr>
          <w:p>
            <w:pPr>
              <w:pStyle w:val="PlanTable"/>
              <w:keepNext/>
            </w:pPr>
            <w:r>
              <w:rPr>
                <w:shd w:val="clear" w:color="auto" w:fill="FFC21A"/>
              </w:rPr>
              <w:t>[job]</w:t>
            </w:r>
          </w:p>
        </w:tc>
        <w:tc>
          <w:tcPr>
            <w:tcW w:w="1981" w:type="dxa"/>
            <w:tcBorders>
              <w:top w:val="nil"/>
              <w:left w:val="nil"/>
              <w:bottom w:val="single" w:sz="4" w:space="0" w:color="CFD3D7"/>
              <w:right w:val="nil"/>
            </w:tcBorders>
          </w:tcPr>
          <w:p>
            <w:pPr>
              <w:pStyle w:val="PlanTable"/>
              <w:keepNext/>
            </w:pPr>
            <w:r>
              <w:t>Turnaround</w:t>
            </w:r>
          </w:p>
        </w:tc>
        <w:tc>
          <w:tcPr>
            <w:tcW w:w="1981" w:type="dxa"/>
            <w:tcBorders>
              <w:top w:val="nil"/>
              <w:left w:val="nil"/>
              <w:bottom w:val="single" w:sz="4" w:space="0" w:color="CFD3D7"/>
              <w:right w:val="nil"/>
            </w:tcBorders>
          </w:tcPr>
          <w:p>
            <w:pPr>
              <w:pStyle w:val="PlanTable"/>
              <w:keepNext/>
            </w:pPr>
            <w:r>
              <w:rPr>
                <w:shd w:val="clear" w:color="auto" w:fill="FFC21A"/>
              </w:rPr>
              <w:t>[median]</w:t>
            </w:r>
          </w:p>
        </w:tc>
        <w:tc>
          <w:tcPr>
            <w:tcW w:w="1981" w:type="dxa"/>
            <w:tcBorders>
              <w:top w:val="nil"/>
              <w:left w:val="nil"/>
              <w:bottom w:val="single" w:sz="4" w:space="0" w:color="CFD3D7"/>
              <w:right w:val="nil"/>
            </w:tcBorders>
          </w:tcPr>
          <w:p>
            <w:pPr>
              <w:pStyle w:val="PlanTable"/>
              <w:keepNext/>
            </w:pPr>
            <w:r>
              <w:rPr>
                <w:shd w:val="clear" w:color="auto" w:fill="FFC21A"/>
              </w:rPr>
              <w:t>[median]</w:t>
            </w:r>
          </w:p>
        </w:tc>
        <w:tc>
          <w:tcPr>
            <w:tcW w:w="1981" w:type="dxa"/>
            <w:tcBorders>
              <w:top w:val="nil"/>
              <w:left w:val="nil"/>
              <w:bottom w:val="single" w:sz="4" w:space="0" w:color="CFD3D7"/>
              <w:right w:val="nil"/>
            </w:tcBorders>
          </w:tcPr>
          <w:p>
            <w:pPr>
              <w:pStyle w:val="PlanTable"/>
              <w:keepNext/>
            </w:pPr>
            <w:r>
              <w:rPr>
                <w:shd w:val="clear" w:color="auto" w:fill="FFC21A"/>
              </w:rPr>
              <w:t>[change]</w:t>
            </w:r>
          </w:p>
        </w:tc>
      </w:tr>
      <w:tr>
        <w:trPr>
          <w:cantSplit/>
        </w:trPr>
        <w:tc>
          <w:tcPr>
            <w:tcW w:w="2502" w:type="dxa"/>
            <w:tcBorders>
              <w:top w:val="nil"/>
              <w:left w:val="nil"/>
              <w:bottom w:val="single" w:sz="4" w:space="0" w:color="CFD3D7"/>
              <w:right w:val="nil"/>
            </w:tcBorders>
          </w:tcPr>
          <w:p>
            <w:pPr>
              <w:pStyle w:val="PlanTable"/>
              <w:keepNext/>
            </w:pPr>
            <w:r>
              <w:rPr>
                <w:shd w:val="clear" w:color="auto" w:fill="FFC21A"/>
              </w:rPr>
              <w:t>[job]</w:t>
            </w:r>
          </w:p>
        </w:tc>
        <w:tc>
          <w:tcPr>
            <w:tcW w:w="1981" w:type="dxa"/>
            <w:tcBorders>
              <w:top w:val="nil"/>
              <w:left w:val="nil"/>
              <w:bottom w:val="single" w:sz="4" w:space="0" w:color="CFD3D7"/>
              <w:right w:val="nil"/>
            </w:tcBorders>
          </w:tcPr>
          <w:p>
            <w:pPr>
              <w:pStyle w:val="PlanTable"/>
              <w:keepNext/>
            </w:pPr>
            <w:r>
              <w:t>Errors caught</w:t>
            </w:r>
          </w:p>
        </w:tc>
        <w:tc>
          <w:tcPr>
            <w:tcW w:w="1981" w:type="dxa"/>
            <w:tcBorders>
              <w:top w:val="nil"/>
              <w:left w:val="nil"/>
              <w:bottom w:val="single" w:sz="4" w:space="0" w:color="CFD3D7"/>
              <w:right w:val="nil"/>
            </w:tcBorders>
          </w:tcPr>
          <w:p>
            <w:pPr>
              <w:pStyle w:val="PlanTable"/>
              <w:keepNext/>
            </w:pPr>
            <w:r>
              <w:rPr>
                <w:shd w:val="clear" w:color="auto" w:fill="FFC21A"/>
              </w:rPr>
              <w:t>[count]</w:t>
            </w:r>
          </w:p>
        </w:tc>
        <w:tc>
          <w:tcPr>
            <w:tcW w:w="1981" w:type="dxa"/>
            <w:tcBorders>
              <w:top w:val="nil"/>
              <w:left w:val="nil"/>
              <w:bottom w:val="single" w:sz="4" w:space="0" w:color="CFD3D7"/>
              <w:right w:val="nil"/>
            </w:tcBorders>
          </w:tcPr>
          <w:p>
            <w:pPr>
              <w:pStyle w:val="PlanTable"/>
              <w:keepNext/>
            </w:pPr>
            <w:r>
              <w:rPr>
                <w:shd w:val="clear" w:color="auto" w:fill="FFC21A"/>
              </w:rPr>
              <w:t>[count]</w:t>
            </w:r>
          </w:p>
        </w:tc>
        <w:tc>
          <w:tcPr>
            <w:tcW w:w="1981" w:type="dxa"/>
            <w:tcBorders>
              <w:top w:val="nil"/>
              <w:left w:val="nil"/>
              <w:bottom w:val="single" w:sz="4" w:space="0" w:color="CFD3D7"/>
              <w:right w:val="nil"/>
            </w:tcBorders>
          </w:tcPr>
          <w:p>
            <w:pPr>
              <w:pStyle w:val="PlanTable"/>
              <w:keepNext/>
            </w:pPr>
            <w:r>
              <w:rPr>
                <w:shd w:val="clear" w:color="auto" w:fill="FFC21A"/>
              </w:rPr>
              <w:t>[change]</w:t>
            </w:r>
          </w:p>
        </w:tc>
      </w:tr>
      <w:tr>
        <w:trPr>
          <w:cantSplit/>
        </w:trPr>
        <w:tc>
          <w:tcPr>
            <w:tcW w:w="2502" w:type="dxa"/>
            <w:tcBorders>
              <w:top w:val="nil"/>
              <w:left w:val="nil"/>
              <w:bottom w:val="single" w:sz="4" w:space="0" w:color="CFD3D7"/>
              <w:right w:val="nil"/>
            </w:tcBorders>
          </w:tcPr>
          <w:p>
            <w:pPr>
              <w:pStyle w:val="PlanTable"/>
            </w:pPr>
            <w:r>
              <w:t>All</w:t>
            </w:r>
          </w:p>
        </w:tc>
        <w:tc>
          <w:tcPr>
            <w:tcW w:w="1981" w:type="dxa"/>
            <w:tcBorders>
              <w:top w:val="nil"/>
              <w:left w:val="nil"/>
              <w:bottom w:val="single" w:sz="4" w:space="0" w:color="CFD3D7"/>
              <w:right w:val="nil"/>
            </w:tcBorders>
          </w:tcPr>
          <w:p>
            <w:pPr>
              <w:pStyle w:val="PlanTable"/>
            </w:pPr>
            <w:r>
              <w:t>Staff confidence</w:t>
            </w:r>
          </w:p>
        </w:tc>
        <w:tc>
          <w:tcPr>
            <w:tcW w:w="1981" w:type="dxa"/>
            <w:tcBorders>
              <w:top w:val="nil"/>
              <w:left w:val="nil"/>
              <w:bottom w:val="single" w:sz="4" w:space="0" w:color="CFD3D7"/>
              <w:right w:val="nil"/>
            </w:tcBorders>
          </w:tcPr>
          <w:p>
            <w:pPr>
              <w:pStyle w:val="PlanTable"/>
            </w:pPr>
            <w:r>
              <w:rPr>
                <w:shd w:val="clear" w:color="auto" w:fill="FFC21A"/>
              </w:rPr>
              <w:t>[1 to 5]</w:t>
            </w:r>
          </w:p>
        </w:tc>
        <w:tc>
          <w:tcPr>
            <w:tcW w:w="1981" w:type="dxa"/>
            <w:tcBorders>
              <w:top w:val="nil"/>
              <w:left w:val="nil"/>
              <w:bottom w:val="single" w:sz="4" w:space="0" w:color="CFD3D7"/>
              <w:right w:val="nil"/>
            </w:tcBorders>
          </w:tcPr>
          <w:p>
            <w:pPr>
              <w:pStyle w:val="PlanTable"/>
            </w:pPr>
            <w:r>
              <w:rPr>
                <w:shd w:val="clear" w:color="auto" w:fill="FFC21A"/>
              </w:rPr>
              <w:t>[1 to 5]</w:t>
            </w:r>
          </w:p>
        </w:tc>
        <w:tc>
          <w:tcPr>
            <w:tcW w:w="1981" w:type="dxa"/>
            <w:tcBorders>
              <w:top w:val="nil"/>
              <w:left w:val="nil"/>
              <w:bottom w:val="single" w:sz="4" w:space="0" w:color="CFD3D7"/>
              <w:right w:val="nil"/>
            </w:tcBorders>
          </w:tcPr>
          <w:p>
            <w:pPr>
              <w:pStyle w:val="PlanTable"/>
            </w:pPr>
            <w:r>
              <w:rPr>
                <w:shd w:val="clear" w:color="auto" w:fill="FFC21A"/>
              </w:rPr>
              <w:t>[change]</w:t>
            </w:r>
          </w:p>
        </w:tc>
      </w:tr>
    </w:tbl>
    <w:p>
      <w:pPr>
        <w:pStyle w:val="Heading1"/>
      </w:pPr>
      <w:r>
        <w:t>4. Surprises and what we changed</w:t>
      </w:r>
    </w:p>
    <w:p>
      <w:pPr/>
      <w:r>
        <w:rPr>
          <w:shd w:val="clear" w:color="auto" w:fill="FFC21A"/>
        </w:rPr>
        <w:t>[Anything an AI tool did that nobody expected, what we did at once, and what we changed in the brief, the level or the settings. Write “none” if there were none.]</w:t>
      </w:r>
    </w:p>
    <w:p>
      <w:pPr>
        <w:pStyle w:val="Heading1"/>
      </w:pPr>
      <w:r>
        <w:t>5. Rules, tools and settings</w:t>
      </w:r>
    </w:p>
    <w:p>
      <w:pPr/>
      <w:r>
        <w:rPr>
          <w:shd w:val="clear" w:color="auto" w:fill="FFC21A"/>
        </w:rPr>
        <w:t>[New tools or connections asked for or approved, changes to the register, settings the vendors changed this month, and any policy change.]</w:t>
      </w:r>
    </w:p>
    <w:p>
      <w:pPr>
        <w:pStyle w:val="Heading1"/>
      </w:pPr>
      <w:r>
        <w:t>6. Training recorded this month</w:t>
      </w:r>
    </w:p>
    <w:p>
      <w:pPr/>
      <w:r>
        <w:rPr>
          <w:shd w:val="clear" w:color="auto" w:fill="FFC21A"/>
        </w:rPr>
        <w:t>[Sessions run, who attended, and where the record of AI training is kept.]</w:t>
      </w:r>
    </w:p>
    <w:p>
      <w:pPr>
        <w:pStyle w:val="Heading1"/>
      </w:pPr>
      <w:r>
        <w:t>7. Decisions we need from you</w:t>
      </w:r>
    </w:p>
    <w:p>
      <w:pPr/>
      <w:r>
        <w:rPr>
          <w:shd w:val="clear" w:color="auto" w:fill="FFC21A"/>
        </w:rPr>
        <w:t>[One line each, with the date we need them by.]</w:t>
      </w:r>
    </w:p>
    <w:p>
      <w:pPr>
        <w:pStyle w:val="Heading1"/>
      </w:pPr>
      <w:r>
        <w:t>8. Next month</w:t>
      </w:r>
    </w:p>
    <w:p>
      <w:pPr/>
      <w:r>
        <w:rPr>
          <w:shd w:val="clear" w:color="auto" w:fill="FFC21A"/>
        </w:rPr>
        <w:t>[The two or three things that will happen next month, and who does them.]</w:t>
      </w:r>
    </w:p>
    <w:sectPr w:rsidR="00FC693F" w:rsidRPr="0006063C" w:rsidSect="00034616">
      <w:footerReference w:type="default" r:id="rId9"/>
      <w:pgSz w:w="12240" w:h="15840"/>
      <w:pgMar w:top="794" w:right="907" w:bottom="907" w:left="907"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9384869E-9E61-4BD6-897B-B86E2D524C69}"/>
    <w:embedBold r:id="rIdOutfitB" w:fontKey="{2C3E9FF8-A34A-4AB5-B8B2-4A20407E826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lanFooter"/>
    </w:pPr>
    <w:r>
      <w:rPr>
        <w:shd w:val="clear" w:color="auto" w:fill="FFC21A"/>
      </w:rPr>
      <w:t>[Organisation name]</w:t>
    </w:r>
    <w:r>
      <w:t xml:space="preserve"> AI rollout, monthly update, </w:t>
    </w:r>
    <w:r>
      <w:rPr>
        <w:shd w:val="clear" w:color="auto" w:fill="FFC21A"/>
      </w:rPr>
      <w:t>[version]</w:t>
    </w:r>
    <w:r>
      <w:t xml:space="preserve">, </w:t>
    </w:r>
    <w:r>
      <w:rPr>
        <w:shd w:val="clear" w:color="auto" w:fill="FFC21A"/>
      </w:rPr>
      <w:t>[date]</w:t>
    </w:r>
    <w:r>
      <w:t>. From The AI Rollout Plan by Neosaipien, October 2026 edition.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80" w:line="264" w:lineRule="auto"/>
    </w:pPr>
    <w:rPr>
      <w:rFonts w:ascii="Outfit" w:hAnsi="Outfit" w:cs="Outfit" w:eastAsia="Outfit"/>
      <w:i w:val="0"/>
      <w:color w:val="0A0B0C"/>
      <w:sz w:val="19"/>
      <w:szCs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line="240" w:lineRule="auto"/>
      <w:outlineLvl w:val="0"/>
    </w:pPr>
    <w:rPr>
      <w:rFonts w:ascii="Outfit" w:hAnsi="Outfit" w:cs="Outfit" w:eastAsia="Outfit"/>
      <w:b w:val="1"/>
      <w:bCs w:val="1"/>
      <w:i w:val="0"/>
      <w:color w:val="0A0B0C"/>
      <w:sz w:val="21"/>
      <w:szCs w:val="21"/>
    </w:rPr>
  </w:style>
  <w:style w:type="paragraph" w:styleId="Heading2">
    <w:name w:val="heading 2"/>
    <w:basedOn w:val="Normal"/>
    <w:next w:val="Normal"/>
    <w:link w:val="Heading2Char"/>
    <w:uiPriority w:val="9"/>
    <w:unhideWhenUsed/>
    <w:qFormat/>
    <w:rsid w:val="00FC693F"/>
    <w:pPr>
      <w:keepNext/>
      <w:keepLines/>
      <w:spacing w:before="80" w:after="40" w:line="240" w:lineRule="auto"/>
      <w:outlineLvl w:val="1"/>
    </w:pPr>
    <w:rPr>
      <w:rFonts w:ascii="Outfit" w:hAnsi="Outfit" w:cs="Outfit" w:eastAsia="Outfit"/>
      <w:b w:val="1"/>
      <w:bCs w:val="1"/>
      <w:i w:val="0"/>
      <w:color w:val="0A0B0C"/>
      <w:sz w:val="19"/>
      <w:szCs w:val="19"/>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80" w:line="228" w:lineRule="auto" w:before="0"/>
      <w:contextualSpacing/>
    </w:pPr>
    <w:rPr>
      <w:rFonts w:ascii="Outfit" w:hAnsi="Outfit" w:cs="Outfit" w:eastAsia="Outfit"/>
      <w:b w:val="1"/>
      <w:bCs w:val="1"/>
      <w:i w:val="0"/>
      <w:color w:val="0A0B0C"/>
      <w:spacing w:val="-6"/>
      <w:sz w:val="40"/>
      <w:szCs w:val="4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Label">
    <w:name w:val="Plan Label"/>
    <w:basedOn w:val="Normal"/>
    <w:qFormat/>
    <w:pPr>
      <w:keepNext/>
      <w:spacing w:before="0" w:after="40" w:line="240" w:lineRule="auto"/>
    </w:pPr>
    <w:rPr>
      <w:rFonts w:ascii="Outfit" w:hAnsi="Outfit" w:cs="Outfit" w:eastAsia="Outfit"/>
      <w:b w:val="1"/>
      <w:bCs w:val="1"/>
      <w:i w:val="0"/>
      <w:color w:val="1F5FE0"/>
      <w:spacing w:val="20"/>
      <w:sz w:val="16"/>
      <w:szCs w:val="16"/>
    </w:rPr>
  </w:style>
  <w:style w:type="paragraph" w:customStyle="1" w:styleId="PlanLead">
    <w:name w:val="Plan Lead"/>
    <w:basedOn w:val="Normal"/>
    <w:qFormat/>
    <w:pPr>
      <w:keepNext w:val="0"/>
      <w:spacing w:before="0" w:after="120" w:line="264" w:lineRule="auto"/>
    </w:pPr>
    <w:rPr>
      <w:rFonts w:ascii="Outfit" w:hAnsi="Outfit" w:cs="Outfit" w:eastAsia="Outfit"/>
      <w:b w:val="0"/>
      <w:bCs w:val="0"/>
      <w:i w:val="0"/>
      <w:color w:val="41464C"/>
      <w:sz w:val="20"/>
      <w:szCs w:val="20"/>
    </w:rPr>
  </w:style>
  <w:style w:type="paragraph" w:customStyle="1" w:styleId="PlanSmall">
    <w:name w:val="Plan Small"/>
    <w:basedOn w:val="Normal"/>
    <w:qFormat/>
    <w:pPr>
      <w:keepNext w:val="0"/>
      <w:spacing w:before="0" w:after="0" w:line="252" w:lineRule="auto"/>
    </w:pPr>
    <w:rPr>
      <w:rFonts w:ascii="Outfit" w:hAnsi="Outfit" w:cs="Outfit" w:eastAsia="Outfit"/>
      <w:b w:val="0"/>
      <w:bCs w:val="0"/>
      <w:i w:val="0"/>
      <w:color w:val="41464C"/>
      <w:sz w:val="16"/>
      <w:szCs w:val="16"/>
    </w:rPr>
  </w:style>
  <w:style w:type="paragraph" w:customStyle="1" w:styleId="PlanTable">
    <w:name w:val="Plan Table"/>
    <w:basedOn w:val="Normal"/>
    <w:qFormat/>
    <w:pPr>
      <w:keepNext w:val="0"/>
      <w:spacing w:before="0" w:after="0" w:line="252" w:lineRule="auto"/>
    </w:pPr>
    <w:rPr>
      <w:rFonts w:ascii="Outfit" w:hAnsi="Outfit" w:cs="Outfit" w:eastAsia="Outfit"/>
      <w:b w:val="0"/>
      <w:bCs w:val="0"/>
      <w:i w:val="0"/>
      <w:color w:val="0A0B0C"/>
      <w:sz w:val="17"/>
      <w:szCs w:val="17"/>
    </w:rPr>
  </w:style>
  <w:style w:type="paragraph" w:customStyle="1" w:styleId="PlanTableHead">
    <w:name w:val="Plan Table Head"/>
    <w:basedOn w:val="Normal"/>
    <w:qFormat/>
    <w:pPr>
      <w:keepNext w:val="0"/>
      <w:spacing w:before="0" w:after="0" w:line="252" w:lineRule="auto"/>
    </w:pPr>
    <w:rPr>
      <w:rFonts w:ascii="Outfit" w:hAnsi="Outfit" w:cs="Outfit" w:eastAsia="Outfit"/>
      <w:b w:val="1"/>
      <w:bCs w:val="1"/>
      <w:i w:val="0"/>
      <w:color w:val="FFFFFF"/>
      <w:sz w:val="17"/>
      <w:szCs w:val="17"/>
    </w:rPr>
  </w:style>
  <w:style w:type="paragraph" w:customStyle="1" w:styleId="PlanFooter">
    <w:name w:val="Plan Footer"/>
    <w:basedOn w:val="Normal"/>
    <w:qFormat/>
    <w:pPr>
      <w:keepNext w:val="0"/>
      <w:spacing w:before="0" w:after="0" w:line="240" w:lineRule="auto"/>
    </w:pPr>
    <w:rPr>
      <w:rFonts w:ascii="Outfit" w:hAnsi="Outfit" w:cs="Outfit" w:eastAsia="Outfit"/>
      <w:b w:val="0"/>
      <w:bCs w:val="0"/>
      <w:i w:val="0"/>
      <w:color w:val="41464C"/>
      <w:sz w:val="15"/>
      <w:szCs w:val="15"/>
    </w:rPr>
  </w:style>
  <w:style w:type="paragraph" w:customStyle="1" w:styleId="PlanQuestion">
    <w:name w:val="Plan Question"/>
    <w:basedOn w:val="Normal"/>
    <w:qFormat/>
    <w:pPr>
      <w:keepNext w:val="0"/>
      <w:spacing w:before="0" w:after="20" w:line="252" w:lineRule="auto"/>
    </w:pPr>
    <w:rPr>
      <w:rFonts w:ascii="Outfit" w:hAnsi="Outfit" w:cs="Outfit" w:eastAsia="Outfit"/>
      <w:b w:val="1"/>
      <w:bCs w:val="1"/>
      <w:i w:val="0"/>
      <w:color w:val="0A0B0C"/>
      <w:sz w:val="19"/>
      <w:szCs w:val="19"/>
    </w:rPr>
  </w:style>
  <w:style w:type="paragraph" w:customStyle="1" w:styleId="PlanAnswer">
    <w:name w:val="Plan Answer"/>
    <w:basedOn w:val="Normal"/>
    <w:qFormat/>
    <w:pPr>
      <w:keepNext w:val="0"/>
      <w:spacing w:before="0" w:after="0" w:line="252" w:lineRule="auto"/>
    </w:pPr>
    <w:rPr>
      <w:rFonts w:ascii="Outfit" w:hAnsi="Outfit" w:cs="Outfit" w:eastAsia="Outfit"/>
      <w:b w:val="0"/>
      <w:bCs w:val="0"/>
      <w:i w:val="0"/>
      <w:color w:val="41464C"/>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AI update to the leadership team</dc:title>
  <dc:subject>The AI Rollout Plan</dc:subject>
  <dc:creator>Neosaipien</dc:creator>
  <cp:keywords/>
  <dc:description>From The AI Rollout Plan by Neosaipien, October 2026 edition</dc:description>
  <cp:lastModifiedBy>Neosaipien</cp:lastModifiedBy>
  <cp:revision>1</cp:revision>
  <dcterms:created xsi:type="dcterms:W3CDTF">2026-10-16T22:14:12Z</dcterms:created>
  <dcterms:modified xsi:type="dcterms:W3CDTF">2026-10-16T22:14:12Z</dcterms:modified>
  <cp:category/>
</cp:coreProperties>
</file>